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B841" w14:textId="77777777" w:rsidR="001C3DA2" w:rsidRPr="00476E7B" w:rsidRDefault="001C3DA2" w:rsidP="00476E7B">
      <w:pPr>
        <w:pStyle w:val="Title"/>
        <w:spacing w:line="276" w:lineRule="auto"/>
        <w:rPr>
          <w:rFonts w:ascii="Roboto" w:hAnsi="Roboto"/>
        </w:rPr>
      </w:pPr>
      <w:r w:rsidRPr="00476E7B">
        <w:rPr>
          <w:rFonts w:ascii="Roboto" w:hAnsi="Roboto"/>
          <w:noProof/>
        </w:rPr>
        <w:drawing>
          <wp:inline distT="0" distB="0" distL="0" distR="0" wp14:anchorId="32B4F44A" wp14:editId="630C9120">
            <wp:extent cx="5486400" cy="4115104"/>
            <wp:effectExtent l="0" t="0" r="0" b="0"/>
            <wp:docPr id="7" name="Picture 7"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circle with white text&#10;&#10;Description automatically generated"/>
                    <pic:cNvPicPr/>
                  </pic:nvPicPr>
                  <pic:blipFill>
                    <a:blip r:embed="rId8"/>
                    <a:stretch>
                      <a:fillRect/>
                    </a:stretch>
                  </pic:blipFill>
                  <pic:spPr>
                    <a:xfrm>
                      <a:off x="0" y="0"/>
                      <a:ext cx="5486400" cy="4115104"/>
                    </a:xfrm>
                    <a:prstGeom prst="rect">
                      <a:avLst/>
                    </a:prstGeom>
                  </pic:spPr>
                </pic:pic>
              </a:graphicData>
            </a:graphic>
          </wp:inline>
        </w:drawing>
      </w:r>
    </w:p>
    <w:p w14:paraId="00078C87" w14:textId="77777777" w:rsidR="001C3DA2" w:rsidRPr="00476E7B" w:rsidRDefault="001C3DA2" w:rsidP="00476E7B">
      <w:pPr>
        <w:pStyle w:val="Title"/>
        <w:spacing w:line="276" w:lineRule="auto"/>
        <w:rPr>
          <w:rFonts w:ascii="Roboto" w:hAnsi="Roboto"/>
        </w:rPr>
      </w:pPr>
    </w:p>
    <w:p w14:paraId="458BB75B" w14:textId="77777777" w:rsidR="00186249" w:rsidRPr="00476E7B" w:rsidRDefault="00186249" w:rsidP="00476E7B">
      <w:pPr>
        <w:pStyle w:val="Title"/>
        <w:spacing w:line="276" w:lineRule="auto"/>
        <w:rPr>
          <w:rFonts w:ascii="Roboto" w:hAnsi="Roboto"/>
          <w:lang w:val="en-US" w:eastAsia="en-US"/>
        </w:rPr>
      </w:pPr>
      <w:r w:rsidRPr="00476E7B">
        <w:rPr>
          <w:rFonts w:ascii="Roboto" w:hAnsi="Roboto"/>
          <w:b/>
          <w:bCs/>
          <w:lang w:val="en-US" w:eastAsia="en-US"/>
        </w:rPr>
        <w:t>Section 2: I Wish I Could</w:t>
      </w:r>
      <w:r w:rsidRPr="00476E7B">
        <w:rPr>
          <w:rFonts w:ascii="Roboto" w:hAnsi="Roboto"/>
          <w:lang w:val="en-US" w:eastAsia="en-US"/>
        </w:rPr>
        <w:t xml:space="preserve"> – Dream Freely, Think Boldly</w:t>
      </w:r>
    </w:p>
    <w:p w14:paraId="71AAA52C" w14:textId="77777777" w:rsidR="001C3DA2" w:rsidRPr="00476E7B" w:rsidRDefault="001C3DA2" w:rsidP="00476E7B">
      <w:pPr>
        <w:spacing w:line="276" w:lineRule="auto"/>
        <w:rPr>
          <w:rFonts w:ascii="Roboto" w:hAnsi="Roboto" w:cs="Arial"/>
        </w:rPr>
      </w:pPr>
    </w:p>
    <w:p w14:paraId="3A8F8C09" w14:textId="77777777" w:rsidR="001C3DA2" w:rsidRPr="00476E7B" w:rsidRDefault="001C3DA2" w:rsidP="00476E7B">
      <w:pPr>
        <w:spacing w:line="276" w:lineRule="auto"/>
        <w:rPr>
          <w:rFonts w:ascii="Roboto" w:hAnsi="Roboto" w:cs="Arial"/>
        </w:rPr>
      </w:pPr>
      <w:r w:rsidRPr="00476E7B">
        <w:rPr>
          <w:rFonts w:ascii="Roboto" w:hAnsi="Roboto" w:cs="Arial"/>
        </w:rPr>
        <w:t>Jeanine Osborne Szeles</w:t>
      </w:r>
    </w:p>
    <w:p w14:paraId="2FFC0345" w14:textId="77777777" w:rsidR="001C3DA2" w:rsidRPr="00476E7B" w:rsidRDefault="001C3DA2" w:rsidP="00476E7B">
      <w:pPr>
        <w:spacing w:line="276" w:lineRule="auto"/>
        <w:rPr>
          <w:rFonts w:ascii="Roboto" w:hAnsi="Roboto" w:cs="Arial"/>
        </w:rPr>
      </w:pPr>
      <w:r w:rsidRPr="00476E7B">
        <w:rPr>
          <w:rFonts w:ascii="Roboto" w:hAnsi="Roboto" w:cs="Arial"/>
        </w:rPr>
        <w:t>+27742339492</w:t>
      </w:r>
    </w:p>
    <w:p w14:paraId="72164B46" w14:textId="77777777" w:rsidR="001C3DA2" w:rsidRPr="00476E7B" w:rsidRDefault="001C3DA2" w:rsidP="00476E7B">
      <w:pPr>
        <w:spacing w:line="276" w:lineRule="auto"/>
        <w:rPr>
          <w:rFonts w:ascii="Roboto" w:hAnsi="Roboto"/>
        </w:rPr>
      </w:pPr>
      <w:r w:rsidRPr="00476E7B">
        <w:rPr>
          <w:rFonts w:ascii="Roboto" w:hAnsi="Roboto"/>
        </w:rPr>
        <w:br w:type="page"/>
      </w:r>
    </w:p>
    <w:p w14:paraId="45E5AFC1" w14:textId="77777777" w:rsidR="00F12F35" w:rsidRPr="00476E7B" w:rsidRDefault="00F12F35" w:rsidP="00476E7B">
      <w:pPr>
        <w:pStyle w:val="Title"/>
        <w:spacing w:line="276" w:lineRule="auto"/>
        <w:rPr>
          <w:rFonts w:ascii="Roboto" w:hAnsi="Roboto"/>
        </w:rPr>
      </w:pPr>
      <w:r w:rsidRPr="00476E7B">
        <w:rPr>
          <w:rFonts w:ascii="Roboto" w:hAnsi="Roboto"/>
          <w:noProof/>
        </w:rPr>
        <w:lastRenderedPageBreak/>
        <w:drawing>
          <wp:inline distT="0" distB="0" distL="0" distR="0" wp14:anchorId="0A0258DC" wp14:editId="1717AE57">
            <wp:extent cx="2160000" cy="2160000"/>
            <wp:effectExtent l="0" t="0" r="0" b="0"/>
            <wp:docPr id="20" name="Picture 20" descr="A person standing on a hill with a paper air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on a hill with a paper airplane flying in the sky&#10;&#10;Description automatically generated"/>
                    <pic:cNvPicPr/>
                  </pic:nvPicPr>
                  <pic:blipFill>
                    <a:blip r:embed="rId9"/>
                    <a:stretch>
                      <a:fillRect/>
                    </a:stretch>
                  </pic:blipFill>
                  <pic:spPr>
                    <a:xfrm>
                      <a:off x="0" y="0"/>
                      <a:ext cx="2160000" cy="2160000"/>
                    </a:xfrm>
                    <a:prstGeom prst="rect">
                      <a:avLst/>
                    </a:prstGeom>
                  </pic:spPr>
                </pic:pic>
              </a:graphicData>
            </a:graphic>
          </wp:inline>
        </w:drawing>
      </w:r>
    </w:p>
    <w:p w14:paraId="17945D27" w14:textId="77777777" w:rsidR="00F12F35" w:rsidRPr="00476E7B" w:rsidRDefault="00F12F35" w:rsidP="00476E7B">
      <w:pPr>
        <w:spacing w:line="276" w:lineRule="auto"/>
        <w:rPr>
          <w:rFonts w:ascii="Roboto" w:hAnsi="Roboto"/>
        </w:rPr>
      </w:pPr>
    </w:p>
    <w:p w14:paraId="45D20B7C" w14:textId="44E327B2" w:rsidR="00F12F35" w:rsidRPr="00476E7B" w:rsidRDefault="00CA3528" w:rsidP="00476E7B">
      <w:pPr>
        <w:pStyle w:val="Title"/>
        <w:spacing w:line="276" w:lineRule="auto"/>
        <w:rPr>
          <w:rFonts w:ascii="Roboto" w:hAnsi="Roboto"/>
          <w:lang w:val="en-US" w:eastAsia="en-US"/>
        </w:rPr>
      </w:pPr>
      <w:r>
        <w:rPr>
          <w:rFonts w:ascii="Roboto" w:hAnsi="Roboto" w:cs="Arial"/>
          <w:b/>
          <w:bCs/>
          <w:color w:val="1F497D" w:themeColor="text2"/>
        </w:rPr>
        <w:t>PRE-WORK</w:t>
      </w:r>
    </w:p>
    <w:p w14:paraId="36652CC1" w14:textId="77777777" w:rsidR="00F12F35" w:rsidRPr="00476E7B" w:rsidRDefault="00F12F35" w:rsidP="00476E7B">
      <w:pPr>
        <w:spacing w:line="276" w:lineRule="auto"/>
        <w:rPr>
          <w:rFonts w:ascii="Roboto" w:hAnsi="Roboto"/>
          <w:lang w:val="en-US" w:eastAsia="en-US"/>
        </w:rPr>
      </w:pPr>
    </w:p>
    <w:p w14:paraId="31C65312" w14:textId="77777777" w:rsidR="00F12F35" w:rsidRPr="00476E7B" w:rsidRDefault="00F12F35" w:rsidP="00476E7B">
      <w:pPr>
        <w:pStyle w:val="Title"/>
        <w:spacing w:line="276" w:lineRule="auto"/>
        <w:rPr>
          <w:rFonts w:ascii="Roboto" w:hAnsi="Roboto"/>
          <w:lang w:val="en-US" w:eastAsia="en-US"/>
        </w:rPr>
      </w:pPr>
      <w:r w:rsidRPr="00476E7B">
        <w:rPr>
          <w:rFonts w:ascii="Roboto" w:hAnsi="Roboto"/>
          <w:lang w:val="en-US" w:eastAsia="en-US"/>
        </w:rPr>
        <w:t>Section 2: I Wish I Could – Dream Freely, Think Boldly</w:t>
      </w:r>
    </w:p>
    <w:p w14:paraId="206DB255" w14:textId="77777777" w:rsidR="00F12F35" w:rsidRPr="00476E7B" w:rsidRDefault="00F12F35" w:rsidP="00476E7B">
      <w:pPr>
        <w:spacing w:before="100" w:beforeAutospacing="1" w:after="100" w:afterAutospacing="1" w:line="276" w:lineRule="auto"/>
        <w:rPr>
          <w:rFonts w:ascii="Roboto" w:hAnsi="Roboto"/>
        </w:rPr>
      </w:pPr>
      <w:r w:rsidRPr="00476E7B">
        <w:rPr>
          <w:rFonts w:ascii="Roboto" w:hAnsi="Roboto"/>
        </w:rPr>
        <w:t>Shift into a mindset of possibility. Review the business plan through the lens of your function and imagine what you could achieve if limitations didn’t exist. This module inspires participants to dream of outcomes that improve career progression, company performance, and work-life balance.</w:t>
      </w:r>
    </w:p>
    <w:p w14:paraId="2B5F23B9" w14:textId="77777777" w:rsidR="00F12F35" w:rsidRPr="00476E7B" w:rsidRDefault="00F12F35" w:rsidP="00476E7B">
      <w:pPr>
        <w:spacing w:before="100" w:beforeAutospacing="1" w:after="100" w:afterAutospacing="1" w:line="276" w:lineRule="auto"/>
        <w:rPr>
          <w:rFonts w:ascii="Roboto" w:hAnsi="Roboto"/>
        </w:rPr>
      </w:pPr>
      <w:r w:rsidRPr="00476E7B">
        <w:rPr>
          <w:rFonts w:ascii="Roboto" w:hAnsi="Roboto"/>
          <w:b/>
          <w:bCs/>
        </w:rPr>
        <w:t>Outcomes:</w:t>
      </w:r>
    </w:p>
    <w:p w14:paraId="7BEA3690" w14:textId="77777777" w:rsidR="00F12F35" w:rsidRPr="00476E7B" w:rsidRDefault="00F12F35" w:rsidP="00476E7B">
      <w:pPr>
        <w:numPr>
          <w:ilvl w:val="0"/>
          <w:numId w:val="38"/>
        </w:numPr>
        <w:spacing w:before="100" w:beforeAutospacing="1" w:after="100" w:afterAutospacing="1" w:line="276" w:lineRule="auto"/>
        <w:rPr>
          <w:rFonts w:ascii="Roboto" w:hAnsi="Roboto"/>
        </w:rPr>
      </w:pPr>
      <w:r w:rsidRPr="00476E7B">
        <w:rPr>
          <w:rFonts w:ascii="Roboto" w:hAnsi="Roboto"/>
        </w:rPr>
        <w:t>Align your aspirations with the business context</w:t>
      </w:r>
    </w:p>
    <w:p w14:paraId="633C21A7" w14:textId="77777777" w:rsidR="00F12F35" w:rsidRPr="00476E7B" w:rsidRDefault="00F12F35" w:rsidP="00476E7B">
      <w:pPr>
        <w:numPr>
          <w:ilvl w:val="0"/>
          <w:numId w:val="38"/>
        </w:numPr>
        <w:spacing w:before="100" w:beforeAutospacing="1" w:after="100" w:afterAutospacing="1" w:line="276" w:lineRule="auto"/>
        <w:rPr>
          <w:rFonts w:ascii="Roboto" w:hAnsi="Roboto"/>
        </w:rPr>
      </w:pPr>
      <w:r w:rsidRPr="00476E7B">
        <w:rPr>
          <w:rFonts w:ascii="Roboto" w:hAnsi="Roboto"/>
        </w:rPr>
        <w:t>Envision a high-impact, personal outcome</w:t>
      </w:r>
    </w:p>
    <w:p w14:paraId="14E400E0" w14:textId="77777777" w:rsidR="00F12F35" w:rsidRPr="00476E7B" w:rsidRDefault="00F12F35" w:rsidP="00476E7B">
      <w:pPr>
        <w:numPr>
          <w:ilvl w:val="0"/>
          <w:numId w:val="38"/>
        </w:numPr>
        <w:spacing w:before="100" w:beforeAutospacing="1" w:after="100" w:afterAutospacing="1" w:line="276" w:lineRule="auto"/>
        <w:rPr>
          <w:rFonts w:ascii="Roboto" w:hAnsi="Roboto"/>
        </w:rPr>
      </w:pPr>
      <w:r w:rsidRPr="00476E7B">
        <w:rPr>
          <w:rFonts w:ascii="Roboto" w:hAnsi="Roboto"/>
        </w:rPr>
        <w:t>Set the foundation for a meaningful coaching goal</w:t>
      </w:r>
    </w:p>
    <w:p w14:paraId="2124FC41" w14:textId="28325E9B" w:rsidR="007E78E6" w:rsidRPr="00476E7B" w:rsidRDefault="007E78E6" w:rsidP="00476E7B">
      <w:pPr>
        <w:spacing w:after="200" w:line="276" w:lineRule="auto"/>
        <w:rPr>
          <w:rFonts w:ascii="Roboto" w:hAnsi="Roboto"/>
        </w:rPr>
      </w:pPr>
      <w:r w:rsidRPr="00476E7B">
        <w:rPr>
          <w:rFonts w:ascii="Roboto" w:hAnsi="Roboto"/>
        </w:rPr>
        <w:br w:type="page"/>
      </w:r>
    </w:p>
    <w:p w14:paraId="1DB08386" w14:textId="77777777" w:rsidR="007E78E6" w:rsidRPr="00476E7B" w:rsidRDefault="007E78E6" w:rsidP="00476E7B">
      <w:pPr>
        <w:spacing w:line="276" w:lineRule="auto"/>
        <w:rPr>
          <w:rFonts w:ascii="Roboto" w:hAnsi="Roboto"/>
        </w:rPr>
      </w:pPr>
    </w:p>
    <w:p w14:paraId="1F5AC548" w14:textId="515118C9" w:rsidR="00553456" w:rsidRDefault="00553456" w:rsidP="00476E7B">
      <w:pPr>
        <w:spacing w:line="276" w:lineRule="auto"/>
        <w:rPr>
          <w:rFonts w:ascii="Roboto" w:hAnsi="Roboto"/>
        </w:rPr>
      </w:pPr>
      <w:r w:rsidRPr="00476E7B">
        <w:rPr>
          <w:rFonts w:ascii="Roboto" w:hAnsi="Roboto"/>
          <w:noProof/>
        </w:rPr>
        <w:drawing>
          <wp:inline distT="0" distB="0" distL="0" distR="0" wp14:anchorId="4B063ACE" wp14:editId="4F6CAA44">
            <wp:extent cx="2160000" cy="2160000"/>
            <wp:effectExtent l="0" t="0" r="0" b="0"/>
            <wp:docPr id="104" name="Picture 104" descr="A person sitting on a floo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erson sitting on a floor reading a book&#10;&#10;Description automatically generated"/>
                    <pic:cNvPicPr/>
                  </pic:nvPicPr>
                  <pic:blipFill>
                    <a:blip r:embed="rId10"/>
                    <a:stretch>
                      <a:fillRect/>
                    </a:stretch>
                  </pic:blipFill>
                  <pic:spPr>
                    <a:xfrm>
                      <a:off x="0" y="0"/>
                      <a:ext cx="2160000" cy="2160000"/>
                    </a:xfrm>
                    <a:prstGeom prst="rect">
                      <a:avLst/>
                    </a:prstGeom>
                  </pic:spPr>
                </pic:pic>
              </a:graphicData>
            </a:graphic>
          </wp:inline>
        </w:drawing>
      </w:r>
    </w:p>
    <w:p w14:paraId="2F30C71D" w14:textId="7D53732E" w:rsidR="000D7AF9" w:rsidRDefault="000D7AF9" w:rsidP="00476E7B">
      <w:pPr>
        <w:spacing w:line="276" w:lineRule="auto"/>
        <w:rPr>
          <w:rFonts w:ascii="Roboto" w:hAnsi="Roboto"/>
        </w:rPr>
      </w:pPr>
    </w:p>
    <w:p w14:paraId="0576AF24" w14:textId="77777777" w:rsidR="000D7AF9" w:rsidRPr="00476E7B" w:rsidRDefault="000D7AF9" w:rsidP="00476E7B">
      <w:pPr>
        <w:spacing w:line="276" w:lineRule="auto"/>
        <w:rPr>
          <w:rFonts w:ascii="Roboto" w:hAnsi="Roboto"/>
        </w:rPr>
      </w:pPr>
    </w:p>
    <w:p w14:paraId="4F1C547F" w14:textId="77777777" w:rsidR="00553456" w:rsidRPr="00476E7B" w:rsidRDefault="00553456" w:rsidP="00476E7B">
      <w:pPr>
        <w:spacing w:line="276" w:lineRule="auto"/>
        <w:rPr>
          <w:rFonts w:ascii="Roboto" w:hAnsi="Roboto"/>
        </w:rPr>
      </w:pPr>
    </w:p>
    <w:p w14:paraId="0CE25A97" w14:textId="2DC63950" w:rsidR="00553456" w:rsidRPr="00476E7B" w:rsidRDefault="00553456" w:rsidP="00476E7B">
      <w:pPr>
        <w:spacing w:line="276" w:lineRule="auto"/>
        <w:rPr>
          <w:rFonts w:ascii="Roboto" w:hAnsi="Roboto"/>
        </w:rPr>
      </w:pPr>
      <w:r w:rsidRPr="00476E7B">
        <w:rPr>
          <w:rFonts w:ascii="Roboto" w:hAnsi="Roboto"/>
        </w:rPr>
        <w:t>Complete this worksheet as a personal reflection, as part of your coaching program to demonstrate your understanding of the company’s foundation and your strategic alignment.</w:t>
      </w:r>
    </w:p>
    <w:p w14:paraId="289187A2" w14:textId="77777777" w:rsidR="00553456" w:rsidRPr="00476E7B" w:rsidRDefault="00553456" w:rsidP="00476E7B">
      <w:pPr>
        <w:spacing w:line="276" w:lineRule="auto"/>
        <w:rPr>
          <w:rFonts w:ascii="Roboto" w:hAnsi="Roboto"/>
        </w:rPr>
      </w:pPr>
    </w:p>
    <w:p w14:paraId="3A27E337" w14:textId="32461747" w:rsidR="00553456" w:rsidRPr="00476E7B" w:rsidRDefault="00553456" w:rsidP="00476E7B">
      <w:pPr>
        <w:pStyle w:val="Title"/>
        <w:spacing w:line="276" w:lineRule="auto"/>
        <w:rPr>
          <w:rFonts w:ascii="Roboto" w:hAnsi="Roboto"/>
        </w:rPr>
      </w:pPr>
      <w:r w:rsidRPr="00476E7B">
        <w:rPr>
          <w:rFonts w:ascii="Roboto" w:hAnsi="Roboto"/>
        </w:rPr>
        <w:t>I Wish I Could Alignment Template</w:t>
      </w:r>
    </w:p>
    <w:p w14:paraId="7FE71C88" w14:textId="77777777" w:rsidR="00553456" w:rsidRPr="00476E7B" w:rsidRDefault="00553456" w:rsidP="00476E7B">
      <w:pPr>
        <w:spacing w:line="276" w:lineRule="auto"/>
        <w:rPr>
          <w:rFonts w:ascii="Roboto" w:hAnsi="Roboto"/>
        </w:rPr>
      </w:pPr>
    </w:p>
    <w:tbl>
      <w:tblPr>
        <w:tblStyle w:val="TableGrid"/>
        <w:tblW w:w="0" w:type="auto"/>
        <w:tblLook w:val="04A0" w:firstRow="1" w:lastRow="0" w:firstColumn="1" w:lastColumn="0" w:noHBand="0" w:noVBand="1"/>
      </w:tblPr>
      <w:tblGrid>
        <w:gridCol w:w="4315"/>
        <w:gridCol w:w="4315"/>
      </w:tblGrid>
      <w:tr w:rsidR="00F40494" w:rsidRPr="00476E7B" w14:paraId="14A15766" w14:textId="77777777" w:rsidTr="000A0C85">
        <w:tc>
          <w:tcPr>
            <w:tcW w:w="4320" w:type="dxa"/>
          </w:tcPr>
          <w:p w14:paraId="640DB691" w14:textId="77777777" w:rsidR="00F40494" w:rsidRPr="00476E7B" w:rsidRDefault="00F40494" w:rsidP="00476E7B">
            <w:pPr>
              <w:spacing w:line="276" w:lineRule="auto"/>
              <w:rPr>
                <w:rFonts w:ascii="Roboto" w:hAnsi="Roboto"/>
                <w:b/>
                <w:bCs/>
              </w:rPr>
            </w:pPr>
            <w:r w:rsidRPr="00476E7B">
              <w:rPr>
                <w:rFonts w:ascii="Roboto" w:hAnsi="Roboto"/>
                <w:b/>
                <w:bCs/>
              </w:rPr>
              <w:t>Section</w:t>
            </w:r>
          </w:p>
        </w:tc>
        <w:tc>
          <w:tcPr>
            <w:tcW w:w="4320" w:type="dxa"/>
          </w:tcPr>
          <w:p w14:paraId="7D21CC23" w14:textId="77777777" w:rsidR="00F40494" w:rsidRPr="00476E7B" w:rsidRDefault="00F40494" w:rsidP="00476E7B">
            <w:pPr>
              <w:spacing w:line="276" w:lineRule="auto"/>
              <w:rPr>
                <w:rFonts w:ascii="Roboto" w:hAnsi="Roboto"/>
                <w:b/>
                <w:bCs/>
              </w:rPr>
            </w:pPr>
            <w:r w:rsidRPr="00476E7B">
              <w:rPr>
                <w:rFonts w:ascii="Roboto" w:hAnsi="Roboto"/>
                <w:b/>
                <w:bCs/>
              </w:rPr>
              <w:t>Guiding Question</w:t>
            </w:r>
          </w:p>
        </w:tc>
      </w:tr>
      <w:tr w:rsidR="00F40494" w:rsidRPr="00476E7B" w14:paraId="2509E0A9" w14:textId="77777777" w:rsidTr="000A0C85">
        <w:tc>
          <w:tcPr>
            <w:tcW w:w="4320" w:type="dxa"/>
          </w:tcPr>
          <w:p w14:paraId="0CA2A120" w14:textId="77777777" w:rsidR="00F40494" w:rsidRPr="00476E7B" w:rsidRDefault="00F40494" w:rsidP="00476E7B">
            <w:pPr>
              <w:spacing w:line="276" w:lineRule="auto"/>
              <w:rPr>
                <w:rFonts w:ascii="Roboto" w:hAnsi="Roboto"/>
              </w:rPr>
            </w:pPr>
            <w:r w:rsidRPr="00476E7B">
              <w:rPr>
                <w:rFonts w:ascii="Roboto" w:hAnsi="Roboto"/>
              </w:rPr>
              <w:t>Business Plan Highlights</w:t>
            </w:r>
          </w:p>
        </w:tc>
        <w:tc>
          <w:tcPr>
            <w:tcW w:w="4320" w:type="dxa"/>
          </w:tcPr>
          <w:p w14:paraId="7A211598" w14:textId="77777777" w:rsidR="00F40494" w:rsidRPr="00476E7B" w:rsidRDefault="00F40494" w:rsidP="00476E7B">
            <w:pPr>
              <w:spacing w:line="276" w:lineRule="auto"/>
              <w:rPr>
                <w:rFonts w:ascii="Roboto" w:hAnsi="Roboto"/>
              </w:rPr>
            </w:pPr>
            <w:r w:rsidRPr="00476E7B">
              <w:rPr>
                <w:rFonts w:ascii="Roboto" w:hAnsi="Roboto"/>
              </w:rPr>
              <w:t>What 1-2 elements from the Business Plan inspire you? (e.g., Vision, growth opportunities)</w:t>
            </w:r>
          </w:p>
          <w:p w14:paraId="434D2B6E" w14:textId="77777777" w:rsidR="00553456" w:rsidRPr="00476E7B" w:rsidRDefault="00553456" w:rsidP="00476E7B">
            <w:pPr>
              <w:spacing w:line="276" w:lineRule="auto"/>
              <w:rPr>
                <w:rFonts w:ascii="Roboto" w:hAnsi="Roboto"/>
              </w:rPr>
            </w:pPr>
          </w:p>
          <w:p w14:paraId="33EF97D8" w14:textId="77777777" w:rsidR="00553456" w:rsidRPr="00476E7B" w:rsidRDefault="00553456" w:rsidP="00476E7B">
            <w:pPr>
              <w:spacing w:line="276" w:lineRule="auto"/>
              <w:rPr>
                <w:rFonts w:ascii="Roboto" w:hAnsi="Roboto"/>
              </w:rPr>
            </w:pPr>
          </w:p>
          <w:p w14:paraId="03B0C367" w14:textId="77777777" w:rsidR="00553456" w:rsidRPr="00476E7B" w:rsidRDefault="00553456" w:rsidP="00476E7B">
            <w:pPr>
              <w:spacing w:line="276" w:lineRule="auto"/>
              <w:rPr>
                <w:rFonts w:ascii="Roboto" w:hAnsi="Roboto"/>
              </w:rPr>
            </w:pPr>
          </w:p>
          <w:p w14:paraId="05D1853F" w14:textId="77777777" w:rsidR="00553456" w:rsidRPr="00476E7B" w:rsidRDefault="00553456" w:rsidP="00476E7B">
            <w:pPr>
              <w:spacing w:line="276" w:lineRule="auto"/>
              <w:rPr>
                <w:rFonts w:ascii="Roboto" w:hAnsi="Roboto"/>
              </w:rPr>
            </w:pPr>
          </w:p>
          <w:p w14:paraId="560BFD86" w14:textId="2F4504AF" w:rsidR="00553456" w:rsidRPr="00476E7B" w:rsidRDefault="00553456" w:rsidP="00476E7B">
            <w:pPr>
              <w:spacing w:line="276" w:lineRule="auto"/>
              <w:rPr>
                <w:rFonts w:ascii="Roboto" w:hAnsi="Roboto"/>
              </w:rPr>
            </w:pPr>
          </w:p>
        </w:tc>
      </w:tr>
      <w:tr w:rsidR="00F40494" w:rsidRPr="00476E7B" w14:paraId="30BB91F0" w14:textId="77777777" w:rsidTr="000A0C85">
        <w:tc>
          <w:tcPr>
            <w:tcW w:w="4320" w:type="dxa"/>
          </w:tcPr>
          <w:p w14:paraId="06FC8B37" w14:textId="77777777" w:rsidR="00F40494" w:rsidRPr="00476E7B" w:rsidRDefault="00F40494" w:rsidP="00476E7B">
            <w:pPr>
              <w:spacing w:line="276" w:lineRule="auto"/>
              <w:rPr>
                <w:rFonts w:ascii="Roboto" w:hAnsi="Roboto"/>
              </w:rPr>
            </w:pPr>
            <w:r w:rsidRPr="00476E7B">
              <w:rPr>
                <w:rFonts w:ascii="Roboto" w:hAnsi="Roboto"/>
              </w:rPr>
              <w:t>Current State</w:t>
            </w:r>
          </w:p>
        </w:tc>
        <w:tc>
          <w:tcPr>
            <w:tcW w:w="4320" w:type="dxa"/>
          </w:tcPr>
          <w:p w14:paraId="505781FF" w14:textId="77777777" w:rsidR="00F40494" w:rsidRPr="00476E7B" w:rsidRDefault="00F40494" w:rsidP="00476E7B">
            <w:pPr>
              <w:spacing w:line="276" w:lineRule="auto"/>
              <w:rPr>
                <w:rFonts w:ascii="Roboto" w:hAnsi="Roboto"/>
              </w:rPr>
            </w:pPr>
            <w:r w:rsidRPr="00476E7B">
              <w:rPr>
                <w:rFonts w:ascii="Roboto" w:hAnsi="Roboto"/>
              </w:rPr>
              <w:t>How do you feel about your career and work-life balance now?</w:t>
            </w:r>
          </w:p>
          <w:p w14:paraId="7EE63406" w14:textId="77777777" w:rsidR="00553456" w:rsidRPr="00476E7B" w:rsidRDefault="00553456" w:rsidP="00476E7B">
            <w:pPr>
              <w:spacing w:line="276" w:lineRule="auto"/>
              <w:rPr>
                <w:rFonts w:ascii="Roboto" w:hAnsi="Roboto"/>
              </w:rPr>
            </w:pPr>
          </w:p>
          <w:p w14:paraId="618EAD6F" w14:textId="77777777" w:rsidR="00553456" w:rsidRPr="00476E7B" w:rsidRDefault="00553456" w:rsidP="00476E7B">
            <w:pPr>
              <w:spacing w:line="276" w:lineRule="auto"/>
              <w:rPr>
                <w:rFonts w:ascii="Roboto" w:hAnsi="Roboto"/>
              </w:rPr>
            </w:pPr>
          </w:p>
          <w:p w14:paraId="5A17B996" w14:textId="77777777" w:rsidR="00553456" w:rsidRPr="00476E7B" w:rsidRDefault="00553456" w:rsidP="00476E7B">
            <w:pPr>
              <w:spacing w:line="276" w:lineRule="auto"/>
              <w:rPr>
                <w:rFonts w:ascii="Roboto" w:hAnsi="Roboto"/>
              </w:rPr>
            </w:pPr>
          </w:p>
          <w:p w14:paraId="0139BE67" w14:textId="77777777" w:rsidR="00553456" w:rsidRPr="00476E7B" w:rsidRDefault="00553456" w:rsidP="00476E7B">
            <w:pPr>
              <w:spacing w:line="276" w:lineRule="auto"/>
              <w:rPr>
                <w:rFonts w:ascii="Roboto" w:hAnsi="Roboto"/>
              </w:rPr>
            </w:pPr>
          </w:p>
          <w:p w14:paraId="21756BF6" w14:textId="5B37A820" w:rsidR="00553456" w:rsidRPr="00476E7B" w:rsidRDefault="00553456" w:rsidP="00476E7B">
            <w:pPr>
              <w:spacing w:line="276" w:lineRule="auto"/>
              <w:rPr>
                <w:rFonts w:ascii="Roboto" w:hAnsi="Roboto"/>
              </w:rPr>
            </w:pPr>
          </w:p>
        </w:tc>
      </w:tr>
      <w:tr w:rsidR="00F40494" w:rsidRPr="00476E7B" w14:paraId="64E1B713" w14:textId="77777777" w:rsidTr="000A0C85">
        <w:tc>
          <w:tcPr>
            <w:tcW w:w="4320" w:type="dxa"/>
          </w:tcPr>
          <w:p w14:paraId="26DA684D" w14:textId="77777777" w:rsidR="00F40494" w:rsidRPr="00476E7B" w:rsidRDefault="00F40494" w:rsidP="00476E7B">
            <w:pPr>
              <w:spacing w:line="276" w:lineRule="auto"/>
              <w:rPr>
                <w:rFonts w:ascii="Roboto" w:hAnsi="Roboto"/>
              </w:rPr>
            </w:pPr>
            <w:r w:rsidRPr="00476E7B">
              <w:rPr>
                <w:rFonts w:ascii="Roboto" w:hAnsi="Roboto"/>
              </w:rPr>
              <w:lastRenderedPageBreak/>
              <w:t>My Wishes</w:t>
            </w:r>
          </w:p>
        </w:tc>
        <w:tc>
          <w:tcPr>
            <w:tcW w:w="4320" w:type="dxa"/>
          </w:tcPr>
          <w:p w14:paraId="4AA5CD16" w14:textId="77777777" w:rsidR="00F40494" w:rsidRPr="00476E7B" w:rsidRDefault="00F40494" w:rsidP="00476E7B">
            <w:pPr>
              <w:spacing w:line="276" w:lineRule="auto"/>
              <w:rPr>
                <w:rFonts w:ascii="Roboto" w:hAnsi="Roboto"/>
              </w:rPr>
            </w:pPr>
            <w:r w:rsidRPr="00476E7B">
              <w:rPr>
                <w:rFonts w:ascii="Roboto" w:hAnsi="Roboto"/>
              </w:rPr>
              <w:t>List 3 “I wish I could…” statements.</w:t>
            </w:r>
          </w:p>
          <w:p w14:paraId="4E03780F" w14:textId="77777777" w:rsidR="00553456" w:rsidRPr="00476E7B" w:rsidRDefault="00553456" w:rsidP="00476E7B">
            <w:pPr>
              <w:spacing w:line="276" w:lineRule="auto"/>
              <w:rPr>
                <w:rFonts w:ascii="Roboto" w:hAnsi="Roboto"/>
              </w:rPr>
            </w:pPr>
          </w:p>
          <w:p w14:paraId="04C95F00" w14:textId="77777777" w:rsidR="00553456" w:rsidRPr="00476E7B" w:rsidRDefault="00553456" w:rsidP="00476E7B">
            <w:pPr>
              <w:spacing w:line="276" w:lineRule="auto"/>
              <w:rPr>
                <w:rFonts w:ascii="Roboto" w:hAnsi="Roboto"/>
              </w:rPr>
            </w:pPr>
          </w:p>
          <w:p w14:paraId="1E95831E" w14:textId="77777777" w:rsidR="00553456" w:rsidRPr="00476E7B" w:rsidRDefault="00553456" w:rsidP="00476E7B">
            <w:pPr>
              <w:spacing w:line="276" w:lineRule="auto"/>
              <w:rPr>
                <w:rFonts w:ascii="Roboto" w:hAnsi="Roboto"/>
              </w:rPr>
            </w:pPr>
          </w:p>
          <w:p w14:paraId="212EAA8C" w14:textId="603E95D9" w:rsidR="00553456" w:rsidRPr="00476E7B" w:rsidRDefault="00553456" w:rsidP="00476E7B">
            <w:pPr>
              <w:spacing w:line="276" w:lineRule="auto"/>
              <w:rPr>
                <w:rFonts w:ascii="Roboto" w:hAnsi="Roboto"/>
              </w:rPr>
            </w:pPr>
          </w:p>
          <w:p w14:paraId="5C079D31" w14:textId="77777777" w:rsidR="00553456" w:rsidRPr="00476E7B" w:rsidRDefault="00553456" w:rsidP="00476E7B">
            <w:pPr>
              <w:spacing w:line="276" w:lineRule="auto"/>
              <w:rPr>
                <w:rFonts w:ascii="Roboto" w:hAnsi="Roboto"/>
              </w:rPr>
            </w:pPr>
          </w:p>
          <w:p w14:paraId="23E009B9" w14:textId="68D3D210" w:rsidR="00553456" w:rsidRPr="00476E7B" w:rsidRDefault="00553456" w:rsidP="00476E7B">
            <w:pPr>
              <w:spacing w:line="276" w:lineRule="auto"/>
              <w:rPr>
                <w:rFonts w:ascii="Roboto" w:hAnsi="Roboto"/>
              </w:rPr>
            </w:pPr>
          </w:p>
        </w:tc>
      </w:tr>
      <w:tr w:rsidR="00F40494" w:rsidRPr="00476E7B" w14:paraId="3619FA9E" w14:textId="77777777" w:rsidTr="000A0C85">
        <w:tc>
          <w:tcPr>
            <w:tcW w:w="4320" w:type="dxa"/>
          </w:tcPr>
          <w:p w14:paraId="42394EEF" w14:textId="77777777" w:rsidR="00F40494" w:rsidRPr="00476E7B" w:rsidRDefault="00F40494" w:rsidP="00476E7B">
            <w:pPr>
              <w:spacing w:line="276" w:lineRule="auto"/>
              <w:rPr>
                <w:rFonts w:ascii="Roboto" w:hAnsi="Roboto"/>
              </w:rPr>
            </w:pPr>
            <w:r w:rsidRPr="00476E7B">
              <w:rPr>
                <w:rFonts w:ascii="Roboto" w:hAnsi="Roboto"/>
              </w:rPr>
              <w:t>Chosen Wish</w:t>
            </w:r>
          </w:p>
        </w:tc>
        <w:tc>
          <w:tcPr>
            <w:tcW w:w="4320" w:type="dxa"/>
          </w:tcPr>
          <w:p w14:paraId="0303F23E" w14:textId="77777777" w:rsidR="00F40494" w:rsidRPr="00476E7B" w:rsidRDefault="00F40494" w:rsidP="00476E7B">
            <w:pPr>
              <w:spacing w:line="276" w:lineRule="auto"/>
              <w:rPr>
                <w:rFonts w:ascii="Roboto" w:hAnsi="Roboto"/>
              </w:rPr>
            </w:pPr>
            <w:r w:rsidRPr="00476E7B">
              <w:rPr>
                <w:rFonts w:ascii="Roboto" w:hAnsi="Roboto"/>
              </w:rPr>
              <w:t>Pick one and describe it in detail.</w:t>
            </w:r>
          </w:p>
          <w:p w14:paraId="0C1F3291" w14:textId="77777777" w:rsidR="00553456" w:rsidRPr="00476E7B" w:rsidRDefault="00553456" w:rsidP="00476E7B">
            <w:pPr>
              <w:spacing w:line="276" w:lineRule="auto"/>
              <w:rPr>
                <w:rFonts w:ascii="Roboto" w:hAnsi="Roboto"/>
              </w:rPr>
            </w:pPr>
          </w:p>
          <w:p w14:paraId="6B79770C" w14:textId="77777777" w:rsidR="00553456" w:rsidRPr="00476E7B" w:rsidRDefault="00553456" w:rsidP="00476E7B">
            <w:pPr>
              <w:spacing w:line="276" w:lineRule="auto"/>
              <w:rPr>
                <w:rFonts w:ascii="Roboto" w:hAnsi="Roboto"/>
              </w:rPr>
            </w:pPr>
          </w:p>
          <w:p w14:paraId="77BF4B2E" w14:textId="77777777" w:rsidR="00553456" w:rsidRPr="00476E7B" w:rsidRDefault="00553456" w:rsidP="00476E7B">
            <w:pPr>
              <w:spacing w:line="276" w:lineRule="auto"/>
              <w:rPr>
                <w:rFonts w:ascii="Roboto" w:hAnsi="Roboto"/>
              </w:rPr>
            </w:pPr>
          </w:p>
          <w:p w14:paraId="19120259" w14:textId="77777777" w:rsidR="00553456" w:rsidRPr="00476E7B" w:rsidRDefault="00553456" w:rsidP="00476E7B">
            <w:pPr>
              <w:spacing w:line="276" w:lineRule="auto"/>
              <w:rPr>
                <w:rFonts w:ascii="Roboto" w:hAnsi="Roboto"/>
              </w:rPr>
            </w:pPr>
          </w:p>
          <w:p w14:paraId="2B960A68" w14:textId="00B41EE6" w:rsidR="00553456" w:rsidRPr="00476E7B" w:rsidRDefault="00553456" w:rsidP="00476E7B">
            <w:pPr>
              <w:spacing w:line="276" w:lineRule="auto"/>
              <w:rPr>
                <w:rFonts w:ascii="Roboto" w:hAnsi="Roboto"/>
              </w:rPr>
            </w:pPr>
          </w:p>
        </w:tc>
      </w:tr>
      <w:tr w:rsidR="00F40494" w:rsidRPr="00476E7B" w14:paraId="47FC9D75" w14:textId="77777777" w:rsidTr="000A0C85">
        <w:tc>
          <w:tcPr>
            <w:tcW w:w="4320" w:type="dxa"/>
          </w:tcPr>
          <w:p w14:paraId="1DB05A24" w14:textId="77777777" w:rsidR="00F40494" w:rsidRPr="00476E7B" w:rsidRDefault="00F40494" w:rsidP="00476E7B">
            <w:pPr>
              <w:spacing w:line="276" w:lineRule="auto"/>
              <w:rPr>
                <w:rFonts w:ascii="Roboto" w:hAnsi="Roboto"/>
              </w:rPr>
            </w:pPr>
            <w:r w:rsidRPr="00476E7B">
              <w:rPr>
                <w:rFonts w:ascii="Roboto" w:hAnsi="Roboto"/>
              </w:rPr>
              <w:t>Alignment and Impact: Career</w:t>
            </w:r>
          </w:p>
        </w:tc>
        <w:tc>
          <w:tcPr>
            <w:tcW w:w="4320" w:type="dxa"/>
          </w:tcPr>
          <w:p w14:paraId="21712B82" w14:textId="77777777" w:rsidR="00F40494" w:rsidRPr="00476E7B" w:rsidRDefault="00F40494" w:rsidP="00476E7B">
            <w:pPr>
              <w:spacing w:line="276" w:lineRule="auto"/>
              <w:rPr>
                <w:rFonts w:ascii="Roboto" w:hAnsi="Roboto"/>
              </w:rPr>
            </w:pPr>
            <w:r w:rsidRPr="00476E7B">
              <w:rPr>
                <w:rFonts w:ascii="Roboto" w:hAnsi="Roboto"/>
              </w:rPr>
              <w:t>How would this wish advance your professional growth?</w:t>
            </w:r>
          </w:p>
          <w:p w14:paraId="22EF856A" w14:textId="77777777" w:rsidR="00553456" w:rsidRPr="00476E7B" w:rsidRDefault="00553456" w:rsidP="00476E7B">
            <w:pPr>
              <w:spacing w:line="276" w:lineRule="auto"/>
              <w:rPr>
                <w:rFonts w:ascii="Roboto" w:hAnsi="Roboto"/>
              </w:rPr>
            </w:pPr>
          </w:p>
          <w:p w14:paraId="33FE202C" w14:textId="77777777" w:rsidR="00553456" w:rsidRPr="00476E7B" w:rsidRDefault="00553456" w:rsidP="00476E7B">
            <w:pPr>
              <w:spacing w:line="276" w:lineRule="auto"/>
              <w:rPr>
                <w:rFonts w:ascii="Roboto" w:hAnsi="Roboto"/>
              </w:rPr>
            </w:pPr>
          </w:p>
          <w:p w14:paraId="23748579" w14:textId="77777777" w:rsidR="00553456" w:rsidRPr="00476E7B" w:rsidRDefault="00553456" w:rsidP="00476E7B">
            <w:pPr>
              <w:spacing w:line="276" w:lineRule="auto"/>
              <w:rPr>
                <w:rFonts w:ascii="Roboto" w:hAnsi="Roboto"/>
              </w:rPr>
            </w:pPr>
          </w:p>
          <w:p w14:paraId="24F4AFF3" w14:textId="77777777" w:rsidR="00553456" w:rsidRPr="00476E7B" w:rsidRDefault="00553456" w:rsidP="00476E7B">
            <w:pPr>
              <w:spacing w:line="276" w:lineRule="auto"/>
              <w:rPr>
                <w:rFonts w:ascii="Roboto" w:hAnsi="Roboto"/>
              </w:rPr>
            </w:pPr>
          </w:p>
          <w:p w14:paraId="117EC949" w14:textId="4831436E" w:rsidR="00553456" w:rsidRPr="00476E7B" w:rsidRDefault="00553456" w:rsidP="00476E7B">
            <w:pPr>
              <w:spacing w:line="276" w:lineRule="auto"/>
              <w:rPr>
                <w:rFonts w:ascii="Roboto" w:hAnsi="Roboto"/>
              </w:rPr>
            </w:pPr>
          </w:p>
        </w:tc>
      </w:tr>
      <w:tr w:rsidR="00F40494" w:rsidRPr="00476E7B" w14:paraId="0FD5FFB8" w14:textId="77777777" w:rsidTr="000A0C85">
        <w:tc>
          <w:tcPr>
            <w:tcW w:w="4320" w:type="dxa"/>
          </w:tcPr>
          <w:p w14:paraId="76ACBFD7" w14:textId="77777777" w:rsidR="00553456" w:rsidRPr="00476E7B" w:rsidRDefault="00F40494" w:rsidP="00476E7B">
            <w:pPr>
              <w:spacing w:before="100" w:beforeAutospacing="1" w:after="100" w:afterAutospacing="1" w:line="276" w:lineRule="auto"/>
              <w:outlineLvl w:val="2"/>
              <w:rPr>
                <w:rFonts w:ascii="Roboto" w:hAnsi="Roboto"/>
                <w:b/>
                <w:bCs/>
                <w:sz w:val="27"/>
                <w:szCs w:val="27"/>
              </w:rPr>
            </w:pPr>
            <w:bookmarkStart w:id="0" w:name="_Toc193737829"/>
            <w:r w:rsidRPr="00476E7B">
              <w:rPr>
                <w:rFonts w:ascii="Roboto" w:hAnsi="Roboto"/>
              </w:rPr>
              <w:t>Alignment and Impact: Company</w:t>
            </w:r>
            <w:bookmarkEnd w:id="0"/>
            <w:r w:rsidRPr="00476E7B">
              <w:rPr>
                <w:rFonts w:ascii="Roboto" w:hAnsi="Roboto"/>
                <w:b/>
                <w:bCs/>
                <w:sz w:val="27"/>
                <w:szCs w:val="27"/>
              </w:rPr>
              <w:t xml:space="preserve"> </w:t>
            </w:r>
          </w:p>
          <w:p w14:paraId="4131643A" w14:textId="2B264834" w:rsidR="00F40494" w:rsidRPr="00476E7B" w:rsidRDefault="00F40494" w:rsidP="00476E7B">
            <w:pPr>
              <w:spacing w:before="100" w:beforeAutospacing="1" w:after="100" w:afterAutospacing="1" w:line="276" w:lineRule="auto"/>
              <w:outlineLvl w:val="2"/>
              <w:rPr>
                <w:rFonts w:ascii="Roboto" w:hAnsi="Roboto"/>
                <w:b/>
                <w:bCs/>
                <w:sz w:val="27"/>
                <w:szCs w:val="27"/>
              </w:rPr>
            </w:pPr>
            <w:bookmarkStart w:id="1" w:name="_Toc193737830"/>
            <w:r w:rsidRPr="00476E7B">
              <w:rPr>
                <w:rFonts w:ascii="Roboto" w:hAnsi="Roboto"/>
                <w:b/>
                <w:bCs/>
                <w:sz w:val="27"/>
                <w:szCs w:val="27"/>
              </w:rPr>
              <w:t>Section 2: I Wish I Could – Dream Freely, Think Boldly</w:t>
            </w:r>
            <w:bookmarkEnd w:id="1"/>
          </w:p>
          <w:p w14:paraId="1EDECCEE" w14:textId="77777777" w:rsidR="00F40494" w:rsidRPr="00476E7B" w:rsidRDefault="00F40494" w:rsidP="00476E7B">
            <w:pPr>
              <w:spacing w:before="100" w:beforeAutospacing="1" w:after="100" w:afterAutospacing="1" w:line="276" w:lineRule="auto"/>
              <w:rPr>
                <w:rFonts w:ascii="Roboto" w:hAnsi="Roboto"/>
              </w:rPr>
            </w:pPr>
            <w:r w:rsidRPr="00476E7B">
              <w:rPr>
                <w:rFonts w:ascii="Roboto" w:hAnsi="Roboto"/>
              </w:rPr>
              <w:t>Shift into a mindset of possibility. Review the business plan through the lens of your function and imagine what you could achieve if limitations didn’t exist. This module inspires participants to dream of outcomes that improve career progression, company performance, and work-life balance.</w:t>
            </w:r>
          </w:p>
          <w:p w14:paraId="6468815A" w14:textId="77777777" w:rsidR="00F40494" w:rsidRPr="00476E7B" w:rsidRDefault="00F40494" w:rsidP="00476E7B">
            <w:pPr>
              <w:spacing w:before="100" w:beforeAutospacing="1" w:after="100" w:afterAutospacing="1" w:line="276" w:lineRule="auto"/>
              <w:rPr>
                <w:rFonts w:ascii="Roboto" w:hAnsi="Roboto"/>
              </w:rPr>
            </w:pPr>
            <w:r w:rsidRPr="00476E7B">
              <w:rPr>
                <w:rFonts w:ascii="Roboto" w:hAnsi="Roboto"/>
                <w:b/>
                <w:bCs/>
              </w:rPr>
              <w:t>Outcomes:</w:t>
            </w:r>
          </w:p>
          <w:p w14:paraId="1837510F" w14:textId="77777777" w:rsidR="00F40494" w:rsidRPr="00476E7B" w:rsidRDefault="00F40494" w:rsidP="00476E7B">
            <w:pPr>
              <w:numPr>
                <w:ilvl w:val="0"/>
                <w:numId w:val="38"/>
              </w:numPr>
              <w:spacing w:before="100" w:beforeAutospacing="1" w:after="100" w:afterAutospacing="1" w:line="276" w:lineRule="auto"/>
              <w:rPr>
                <w:rFonts w:ascii="Roboto" w:hAnsi="Roboto"/>
              </w:rPr>
            </w:pPr>
            <w:r w:rsidRPr="00476E7B">
              <w:rPr>
                <w:rFonts w:ascii="Roboto" w:hAnsi="Roboto"/>
              </w:rPr>
              <w:t>Align your aspirations with the business context</w:t>
            </w:r>
          </w:p>
          <w:p w14:paraId="1D2D6D7D" w14:textId="77777777" w:rsidR="00F40494" w:rsidRPr="00476E7B" w:rsidRDefault="00F40494" w:rsidP="00476E7B">
            <w:pPr>
              <w:numPr>
                <w:ilvl w:val="0"/>
                <w:numId w:val="38"/>
              </w:numPr>
              <w:spacing w:before="100" w:beforeAutospacing="1" w:after="100" w:afterAutospacing="1" w:line="276" w:lineRule="auto"/>
              <w:rPr>
                <w:rFonts w:ascii="Roboto" w:hAnsi="Roboto"/>
              </w:rPr>
            </w:pPr>
            <w:r w:rsidRPr="00476E7B">
              <w:rPr>
                <w:rFonts w:ascii="Roboto" w:hAnsi="Roboto"/>
              </w:rPr>
              <w:lastRenderedPageBreak/>
              <w:t>Envision a high-impact, personal outcome</w:t>
            </w:r>
          </w:p>
          <w:p w14:paraId="72CE215C" w14:textId="77777777" w:rsidR="00F40494" w:rsidRPr="00476E7B" w:rsidRDefault="00F40494" w:rsidP="00476E7B">
            <w:pPr>
              <w:numPr>
                <w:ilvl w:val="0"/>
                <w:numId w:val="38"/>
              </w:numPr>
              <w:spacing w:before="100" w:beforeAutospacing="1" w:after="100" w:afterAutospacing="1" w:line="276" w:lineRule="auto"/>
              <w:rPr>
                <w:rFonts w:ascii="Roboto" w:hAnsi="Roboto"/>
              </w:rPr>
            </w:pPr>
            <w:r w:rsidRPr="00476E7B">
              <w:rPr>
                <w:rFonts w:ascii="Roboto" w:hAnsi="Roboto"/>
              </w:rPr>
              <w:t>Set the foundation for a meaningful coaching goal</w:t>
            </w:r>
          </w:p>
          <w:p w14:paraId="68E2B52A" w14:textId="77777777" w:rsidR="00F40494" w:rsidRPr="00476E7B" w:rsidRDefault="00F40494" w:rsidP="00476E7B">
            <w:pPr>
              <w:spacing w:line="276" w:lineRule="auto"/>
              <w:rPr>
                <w:rFonts w:ascii="Roboto" w:hAnsi="Roboto"/>
              </w:rPr>
            </w:pPr>
          </w:p>
        </w:tc>
        <w:tc>
          <w:tcPr>
            <w:tcW w:w="4320" w:type="dxa"/>
          </w:tcPr>
          <w:p w14:paraId="5C4CF814" w14:textId="77777777" w:rsidR="00F40494" w:rsidRPr="00476E7B" w:rsidRDefault="00F40494" w:rsidP="00476E7B">
            <w:pPr>
              <w:spacing w:line="276" w:lineRule="auto"/>
              <w:rPr>
                <w:rFonts w:ascii="Roboto" w:hAnsi="Roboto"/>
              </w:rPr>
            </w:pPr>
            <w:r w:rsidRPr="00476E7B">
              <w:rPr>
                <w:rFonts w:ascii="Roboto" w:hAnsi="Roboto"/>
              </w:rPr>
              <w:lastRenderedPageBreak/>
              <w:t>How would it support the Business Plan or mission?</w:t>
            </w:r>
          </w:p>
        </w:tc>
      </w:tr>
      <w:tr w:rsidR="00F40494" w:rsidRPr="00476E7B" w14:paraId="4A1A20AB" w14:textId="77777777" w:rsidTr="000A0C85">
        <w:tc>
          <w:tcPr>
            <w:tcW w:w="4320" w:type="dxa"/>
          </w:tcPr>
          <w:p w14:paraId="1FBFF144" w14:textId="77777777" w:rsidR="00F40494" w:rsidRPr="00476E7B" w:rsidRDefault="00F40494" w:rsidP="00476E7B">
            <w:pPr>
              <w:spacing w:line="276" w:lineRule="auto"/>
              <w:rPr>
                <w:rFonts w:ascii="Roboto" w:hAnsi="Roboto"/>
              </w:rPr>
            </w:pPr>
            <w:r w:rsidRPr="00476E7B">
              <w:rPr>
                <w:rFonts w:ascii="Roboto" w:hAnsi="Roboto"/>
              </w:rPr>
              <w:t>Alignment and Impact: Work-Life Balance</w:t>
            </w:r>
          </w:p>
        </w:tc>
        <w:tc>
          <w:tcPr>
            <w:tcW w:w="4320" w:type="dxa"/>
          </w:tcPr>
          <w:p w14:paraId="4C7343C7" w14:textId="77777777" w:rsidR="00F40494" w:rsidRPr="00476E7B" w:rsidRDefault="00F40494" w:rsidP="00476E7B">
            <w:pPr>
              <w:spacing w:line="276" w:lineRule="auto"/>
              <w:rPr>
                <w:rFonts w:ascii="Roboto" w:hAnsi="Roboto"/>
              </w:rPr>
            </w:pPr>
            <w:r w:rsidRPr="00476E7B">
              <w:rPr>
                <w:rFonts w:ascii="Roboto" w:hAnsi="Roboto"/>
              </w:rPr>
              <w:t>How would it improve your personal well-being?</w:t>
            </w:r>
          </w:p>
          <w:p w14:paraId="699871F6" w14:textId="77777777" w:rsidR="00553456" w:rsidRPr="00476E7B" w:rsidRDefault="00553456" w:rsidP="00476E7B">
            <w:pPr>
              <w:spacing w:line="276" w:lineRule="auto"/>
              <w:rPr>
                <w:rFonts w:ascii="Roboto" w:hAnsi="Roboto"/>
              </w:rPr>
            </w:pPr>
          </w:p>
          <w:p w14:paraId="2687B093" w14:textId="77777777" w:rsidR="00553456" w:rsidRPr="00476E7B" w:rsidRDefault="00553456" w:rsidP="00476E7B">
            <w:pPr>
              <w:spacing w:line="276" w:lineRule="auto"/>
              <w:rPr>
                <w:rFonts w:ascii="Roboto" w:hAnsi="Roboto"/>
              </w:rPr>
            </w:pPr>
          </w:p>
          <w:p w14:paraId="5F0BE6F0" w14:textId="77777777" w:rsidR="00553456" w:rsidRPr="00476E7B" w:rsidRDefault="00553456" w:rsidP="00476E7B">
            <w:pPr>
              <w:spacing w:line="276" w:lineRule="auto"/>
              <w:rPr>
                <w:rFonts w:ascii="Roboto" w:hAnsi="Roboto"/>
              </w:rPr>
            </w:pPr>
          </w:p>
          <w:p w14:paraId="41F4B32D" w14:textId="77777777" w:rsidR="00553456" w:rsidRPr="00476E7B" w:rsidRDefault="00553456" w:rsidP="00476E7B">
            <w:pPr>
              <w:spacing w:line="276" w:lineRule="auto"/>
              <w:rPr>
                <w:rFonts w:ascii="Roboto" w:hAnsi="Roboto"/>
              </w:rPr>
            </w:pPr>
          </w:p>
          <w:p w14:paraId="219772C1" w14:textId="66A779B3" w:rsidR="00553456" w:rsidRPr="00476E7B" w:rsidRDefault="00553456" w:rsidP="00476E7B">
            <w:pPr>
              <w:spacing w:line="276" w:lineRule="auto"/>
              <w:rPr>
                <w:rFonts w:ascii="Roboto" w:hAnsi="Roboto"/>
              </w:rPr>
            </w:pPr>
          </w:p>
        </w:tc>
      </w:tr>
      <w:tr w:rsidR="00F40494" w:rsidRPr="00476E7B" w14:paraId="1372E201" w14:textId="77777777" w:rsidTr="000A0C85">
        <w:tc>
          <w:tcPr>
            <w:tcW w:w="4320" w:type="dxa"/>
          </w:tcPr>
          <w:p w14:paraId="67640FB1" w14:textId="77777777" w:rsidR="00F40494" w:rsidRPr="00476E7B" w:rsidRDefault="00F40494" w:rsidP="00476E7B">
            <w:pPr>
              <w:spacing w:line="276" w:lineRule="auto"/>
              <w:rPr>
                <w:rFonts w:ascii="Roboto" w:hAnsi="Roboto"/>
              </w:rPr>
            </w:pPr>
            <w:r w:rsidRPr="00476E7B">
              <w:rPr>
                <w:rFonts w:ascii="Roboto" w:hAnsi="Roboto"/>
              </w:rPr>
              <w:t>Function Role</w:t>
            </w:r>
          </w:p>
        </w:tc>
        <w:tc>
          <w:tcPr>
            <w:tcW w:w="4320" w:type="dxa"/>
          </w:tcPr>
          <w:p w14:paraId="569416EC" w14:textId="77777777" w:rsidR="00F40494" w:rsidRPr="00476E7B" w:rsidRDefault="00F40494" w:rsidP="00476E7B">
            <w:pPr>
              <w:spacing w:line="276" w:lineRule="auto"/>
              <w:rPr>
                <w:rFonts w:ascii="Roboto" w:hAnsi="Roboto"/>
              </w:rPr>
            </w:pPr>
            <w:r w:rsidRPr="00476E7B">
              <w:rPr>
                <w:rFonts w:ascii="Roboto" w:hAnsi="Roboto"/>
              </w:rPr>
              <w:t>What could your role or team do to make this wish possible?</w:t>
            </w:r>
          </w:p>
          <w:p w14:paraId="5C0F1D2D" w14:textId="77777777" w:rsidR="00553456" w:rsidRPr="00476E7B" w:rsidRDefault="00553456" w:rsidP="00476E7B">
            <w:pPr>
              <w:spacing w:line="276" w:lineRule="auto"/>
              <w:rPr>
                <w:rFonts w:ascii="Roboto" w:hAnsi="Roboto"/>
              </w:rPr>
            </w:pPr>
          </w:p>
          <w:p w14:paraId="704A9A9A" w14:textId="77777777" w:rsidR="00553456" w:rsidRPr="00476E7B" w:rsidRDefault="00553456" w:rsidP="00476E7B">
            <w:pPr>
              <w:spacing w:line="276" w:lineRule="auto"/>
              <w:rPr>
                <w:rFonts w:ascii="Roboto" w:hAnsi="Roboto"/>
              </w:rPr>
            </w:pPr>
          </w:p>
          <w:p w14:paraId="75793C69" w14:textId="77777777" w:rsidR="00553456" w:rsidRPr="00476E7B" w:rsidRDefault="00553456" w:rsidP="00476E7B">
            <w:pPr>
              <w:spacing w:line="276" w:lineRule="auto"/>
              <w:rPr>
                <w:rFonts w:ascii="Roboto" w:hAnsi="Roboto"/>
              </w:rPr>
            </w:pPr>
          </w:p>
          <w:p w14:paraId="3B0E0326" w14:textId="77777777" w:rsidR="00553456" w:rsidRPr="00476E7B" w:rsidRDefault="00553456" w:rsidP="00476E7B">
            <w:pPr>
              <w:spacing w:line="276" w:lineRule="auto"/>
              <w:rPr>
                <w:rFonts w:ascii="Roboto" w:hAnsi="Roboto"/>
              </w:rPr>
            </w:pPr>
          </w:p>
          <w:p w14:paraId="04BAF5C3" w14:textId="470F8FD7" w:rsidR="00553456" w:rsidRPr="00476E7B" w:rsidRDefault="00553456" w:rsidP="00476E7B">
            <w:pPr>
              <w:spacing w:line="276" w:lineRule="auto"/>
              <w:rPr>
                <w:rFonts w:ascii="Roboto" w:hAnsi="Roboto"/>
              </w:rPr>
            </w:pPr>
          </w:p>
        </w:tc>
      </w:tr>
    </w:tbl>
    <w:p w14:paraId="395501A0" w14:textId="77777777" w:rsidR="00F40494" w:rsidRPr="00476E7B" w:rsidRDefault="00F40494" w:rsidP="00476E7B">
      <w:pPr>
        <w:pStyle w:val="Heading1"/>
        <w:spacing w:line="276" w:lineRule="auto"/>
        <w:rPr>
          <w:rFonts w:ascii="Roboto" w:hAnsi="Roboto"/>
        </w:rPr>
      </w:pPr>
    </w:p>
    <w:p w14:paraId="40E5C463" w14:textId="77777777" w:rsidR="005F49B5" w:rsidRPr="00476E7B" w:rsidRDefault="005F49B5" w:rsidP="00476E7B">
      <w:pPr>
        <w:spacing w:after="200" w:line="276" w:lineRule="auto"/>
        <w:rPr>
          <w:rFonts w:ascii="Roboto" w:hAnsi="Roboto"/>
        </w:rPr>
      </w:pPr>
      <w:r w:rsidRPr="00476E7B">
        <w:rPr>
          <w:rFonts w:ascii="Roboto" w:hAnsi="Roboto"/>
        </w:rPr>
        <w:br w:type="page"/>
      </w:r>
    </w:p>
    <w:p w14:paraId="49ABE946" w14:textId="77777777" w:rsidR="005F49B5" w:rsidRPr="00476E7B" w:rsidRDefault="005F49B5" w:rsidP="00476E7B">
      <w:pPr>
        <w:pStyle w:val="Title"/>
        <w:spacing w:line="276" w:lineRule="auto"/>
        <w:rPr>
          <w:rFonts w:ascii="Roboto" w:hAnsi="Roboto"/>
        </w:rPr>
      </w:pPr>
      <w:r w:rsidRPr="00476E7B">
        <w:rPr>
          <w:rFonts w:ascii="Roboto" w:hAnsi="Roboto"/>
        </w:rPr>
        <w:lastRenderedPageBreak/>
        <w:t>From Wishes to Vision – Guided Worksheet &amp; Checklist</w:t>
      </w:r>
    </w:p>
    <w:p w14:paraId="6320FE11" w14:textId="77777777" w:rsidR="005F49B5" w:rsidRPr="00476E7B" w:rsidRDefault="005F49B5" w:rsidP="00476E7B">
      <w:pPr>
        <w:spacing w:line="276" w:lineRule="auto"/>
        <w:rPr>
          <w:rFonts w:ascii="Roboto" w:hAnsi="Roboto"/>
        </w:rPr>
      </w:pPr>
      <w:r w:rsidRPr="00476E7B">
        <w:rPr>
          <w:rFonts w:ascii="Roboto" w:hAnsi="Roboto"/>
        </w:rPr>
        <w:t>This worksheet helps you reflect on your current experience, dream about what could be, and connect your personal aspirations with your company’s strategic direction. Use this guided exercise to move from wishful thinking to aligned vision.</w:t>
      </w:r>
    </w:p>
    <w:p w14:paraId="03BFB1A3" w14:textId="77777777" w:rsidR="005F49B5" w:rsidRPr="00476E7B" w:rsidRDefault="005F49B5" w:rsidP="00476E7B">
      <w:pPr>
        <w:pStyle w:val="Heading1"/>
        <w:spacing w:line="276" w:lineRule="auto"/>
        <w:rPr>
          <w:rFonts w:ascii="Roboto" w:hAnsi="Roboto"/>
        </w:rPr>
      </w:pPr>
      <w:bookmarkStart w:id="2" w:name="_Toc193737831"/>
      <w:r w:rsidRPr="00476E7B">
        <w:rPr>
          <w:rFonts w:ascii="Roboto" w:hAnsi="Roboto"/>
        </w:rPr>
        <w:t>Step 1: Reflect on Your Current State</w:t>
      </w:r>
      <w:bookmarkEnd w:id="2"/>
    </w:p>
    <w:p w14:paraId="2D53DEAA" w14:textId="77777777" w:rsidR="00582B64" w:rsidRPr="00476E7B" w:rsidRDefault="00582B64" w:rsidP="00476E7B">
      <w:pPr>
        <w:spacing w:line="276" w:lineRule="auto"/>
        <w:rPr>
          <w:rFonts w:ascii="Roboto" w:hAnsi="Roboto" w:cs="Apple Color Emoji"/>
        </w:rPr>
      </w:pPr>
    </w:p>
    <w:p w14:paraId="6C0E7D6C" w14:textId="39D14BC0" w:rsidR="005F49B5" w:rsidRPr="00476E7B" w:rsidRDefault="005F49B5" w:rsidP="00476E7B">
      <w:pPr>
        <w:spacing w:line="276" w:lineRule="auto"/>
        <w:rPr>
          <w:rFonts w:ascii="Roboto" w:hAnsi="Roboto"/>
        </w:rPr>
      </w:pPr>
      <w:r w:rsidRPr="00476E7B">
        <w:rPr>
          <w:rFonts w:ascii="Apple Color Emoji" w:hAnsi="Apple Color Emoji" w:cs="Apple Color Emoji"/>
        </w:rPr>
        <w:t>✔</w:t>
      </w:r>
      <w:r w:rsidRPr="00476E7B">
        <w:rPr>
          <w:rFonts w:ascii="Roboto" w:hAnsi="Roboto"/>
        </w:rPr>
        <w:t xml:space="preserve"> Review your Business Plan summary (Section 1):</w:t>
      </w:r>
    </w:p>
    <w:p w14:paraId="4D25AFAD" w14:textId="77777777" w:rsidR="00582B64" w:rsidRPr="00476E7B" w:rsidRDefault="00582B64" w:rsidP="00476E7B">
      <w:pPr>
        <w:spacing w:line="276" w:lineRule="auto"/>
        <w:rPr>
          <w:rFonts w:ascii="Roboto" w:hAnsi="Roboto"/>
        </w:rPr>
      </w:pPr>
    </w:p>
    <w:p w14:paraId="02EE95D1" w14:textId="21D6EBED" w:rsidR="005F49B5" w:rsidRPr="00476E7B" w:rsidRDefault="005F49B5" w:rsidP="00476E7B">
      <w:pPr>
        <w:spacing w:line="276" w:lineRule="auto"/>
        <w:rPr>
          <w:rFonts w:ascii="Roboto" w:hAnsi="Roboto"/>
        </w:rPr>
      </w:pPr>
      <w:r w:rsidRPr="00476E7B">
        <w:rPr>
          <w:rFonts w:ascii="Roboto" w:hAnsi="Roboto"/>
        </w:rPr>
        <w:t>Which 1–2 key elements resonate with you or your function?</w:t>
      </w:r>
    </w:p>
    <w:p w14:paraId="21324D94" w14:textId="77777777" w:rsidR="00582B64" w:rsidRPr="00476E7B" w:rsidRDefault="00582B64" w:rsidP="00476E7B">
      <w:pPr>
        <w:spacing w:line="276" w:lineRule="auto"/>
        <w:rPr>
          <w:rFonts w:ascii="Roboto" w:hAnsi="Roboto"/>
        </w:rPr>
      </w:pPr>
    </w:p>
    <w:p w14:paraId="15F636E3" w14:textId="4682C0FC" w:rsidR="005F49B5" w:rsidRPr="00476E7B" w:rsidRDefault="005F49B5" w:rsidP="00476E7B">
      <w:pPr>
        <w:spacing w:line="276" w:lineRule="auto"/>
        <w:rPr>
          <w:rFonts w:ascii="Roboto" w:hAnsi="Roboto"/>
        </w:rPr>
      </w:pPr>
      <w:r w:rsidRPr="00476E7B">
        <w:rPr>
          <w:rFonts w:ascii="Roboto" w:hAnsi="Roboto"/>
        </w:rPr>
        <w:t>1. ________________________________________________________________________</w:t>
      </w:r>
    </w:p>
    <w:p w14:paraId="04302832" w14:textId="77777777" w:rsidR="00582B64" w:rsidRPr="00476E7B" w:rsidRDefault="00582B64" w:rsidP="00476E7B">
      <w:pPr>
        <w:spacing w:line="276" w:lineRule="auto"/>
        <w:rPr>
          <w:rFonts w:ascii="Roboto" w:hAnsi="Roboto"/>
        </w:rPr>
      </w:pPr>
    </w:p>
    <w:p w14:paraId="21A472A5" w14:textId="13717F5F" w:rsidR="005F49B5" w:rsidRPr="00476E7B" w:rsidRDefault="005F49B5" w:rsidP="00476E7B">
      <w:pPr>
        <w:spacing w:line="276" w:lineRule="auto"/>
        <w:rPr>
          <w:rFonts w:ascii="Roboto" w:hAnsi="Roboto"/>
        </w:rPr>
      </w:pPr>
      <w:r w:rsidRPr="00476E7B">
        <w:rPr>
          <w:rFonts w:ascii="Roboto" w:hAnsi="Roboto"/>
        </w:rPr>
        <w:t>2. ________________________________________________________________________</w:t>
      </w:r>
    </w:p>
    <w:p w14:paraId="6DE15619" w14:textId="77777777" w:rsidR="00582B64" w:rsidRPr="00476E7B" w:rsidRDefault="00582B64" w:rsidP="00476E7B">
      <w:pPr>
        <w:spacing w:line="276" w:lineRule="auto"/>
        <w:rPr>
          <w:rFonts w:ascii="Roboto" w:hAnsi="Roboto" w:cs="Apple Color Emoji"/>
        </w:rPr>
      </w:pPr>
    </w:p>
    <w:p w14:paraId="3CCED5B2" w14:textId="4698C599" w:rsidR="005F49B5" w:rsidRPr="00476E7B" w:rsidRDefault="005F49B5" w:rsidP="00476E7B">
      <w:pPr>
        <w:spacing w:line="276" w:lineRule="auto"/>
        <w:rPr>
          <w:rFonts w:ascii="Roboto" w:hAnsi="Roboto"/>
        </w:rPr>
      </w:pPr>
      <w:r w:rsidRPr="00476E7B">
        <w:rPr>
          <w:rFonts w:ascii="Apple Color Emoji" w:hAnsi="Apple Color Emoji" w:cs="Apple Color Emoji"/>
        </w:rPr>
        <w:t>✔</w:t>
      </w:r>
      <w:r w:rsidRPr="00476E7B">
        <w:rPr>
          <w:rFonts w:ascii="Roboto" w:hAnsi="Roboto"/>
        </w:rPr>
        <w:t xml:space="preserve"> How would you describe your current career satisfaction and work-life balance?</w:t>
      </w:r>
    </w:p>
    <w:p w14:paraId="65E8D884" w14:textId="448DE80C"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49B8837A" w14:textId="77777777" w:rsidR="00582B64" w:rsidRPr="00476E7B" w:rsidRDefault="00582B64" w:rsidP="00476E7B">
      <w:pPr>
        <w:spacing w:line="276" w:lineRule="auto"/>
        <w:rPr>
          <w:rFonts w:ascii="Roboto" w:hAnsi="Roboto"/>
        </w:rPr>
      </w:pPr>
    </w:p>
    <w:p w14:paraId="30C72B67" w14:textId="130BE0B7"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63D8D406" w14:textId="77777777" w:rsidR="005F49B5" w:rsidRPr="00476E7B" w:rsidRDefault="005F49B5" w:rsidP="00476E7B">
      <w:pPr>
        <w:pStyle w:val="Heading1"/>
        <w:spacing w:line="276" w:lineRule="auto"/>
        <w:rPr>
          <w:rFonts w:ascii="Roboto" w:hAnsi="Roboto"/>
        </w:rPr>
      </w:pPr>
      <w:bookmarkStart w:id="3" w:name="_Toc193737832"/>
      <w:r w:rsidRPr="00476E7B">
        <w:rPr>
          <w:rFonts w:ascii="Roboto" w:hAnsi="Roboto"/>
        </w:rPr>
        <w:t>Step 2: Dream Your To-Be State</w:t>
      </w:r>
      <w:bookmarkEnd w:id="3"/>
    </w:p>
    <w:p w14:paraId="4A67D740" w14:textId="77777777" w:rsidR="00582B64" w:rsidRPr="00476E7B" w:rsidRDefault="00582B64" w:rsidP="00476E7B">
      <w:pPr>
        <w:spacing w:line="276" w:lineRule="auto"/>
        <w:rPr>
          <w:rFonts w:ascii="Roboto" w:hAnsi="Roboto" w:cs="Apple Color Emoji"/>
        </w:rPr>
      </w:pPr>
    </w:p>
    <w:p w14:paraId="104AE092" w14:textId="74AA756D" w:rsidR="005F49B5" w:rsidRPr="00476E7B" w:rsidRDefault="005F49B5" w:rsidP="00476E7B">
      <w:pPr>
        <w:spacing w:line="276" w:lineRule="auto"/>
        <w:rPr>
          <w:rFonts w:ascii="Roboto" w:hAnsi="Roboto"/>
        </w:rPr>
      </w:pPr>
      <w:r w:rsidRPr="00476E7B">
        <w:rPr>
          <w:rFonts w:ascii="Apple Color Emoji" w:hAnsi="Apple Color Emoji" w:cs="Apple Color Emoji"/>
        </w:rPr>
        <w:t>✔</w:t>
      </w:r>
      <w:r w:rsidRPr="00476E7B">
        <w:rPr>
          <w:rFonts w:ascii="Roboto" w:hAnsi="Roboto"/>
        </w:rPr>
        <w:t xml:space="preserve"> Complete this sentence three times: 'I wish I could…'</w:t>
      </w:r>
    </w:p>
    <w:p w14:paraId="53B57DDD" w14:textId="77777777" w:rsidR="00582B64" w:rsidRPr="00476E7B" w:rsidRDefault="00582B64" w:rsidP="00476E7B">
      <w:pPr>
        <w:spacing w:line="276" w:lineRule="auto"/>
        <w:rPr>
          <w:rFonts w:ascii="Roboto" w:hAnsi="Roboto"/>
        </w:rPr>
      </w:pPr>
    </w:p>
    <w:p w14:paraId="2395F438" w14:textId="1C85CA7A" w:rsidR="005F49B5" w:rsidRPr="00476E7B" w:rsidRDefault="005F49B5" w:rsidP="00476E7B">
      <w:pPr>
        <w:spacing w:line="276" w:lineRule="auto"/>
        <w:rPr>
          <w:rFonts w:ascii="Roboto" w:hAnsi="Roboto"/>
        </w:rPr>
      </w:pPr>
      <w:r w:rsidRPr="00476E7B">
        <w:rPr>
          <w:rFonts w:ascii="Roboto" w:hAnsi="Roboto"/>
        </w:rPr>
        <w:t>1. I wish I could ___________________________________________________________</w:t>
      </w:r>
    </w:p>
    <w:p w14:paraId="74AC9966" w14:textId="77777777" w:rsidR="00582B64" w:rsidRPr="00476E7B" w:rsidRDefault="00582B64" w:rsidP="00476E7B">
      <w:pPr>
        <w:spacing w:line="276" w:lineRule="auto"/>
        <w:rPr>
          <w:rFonts w:ascii="Roboto" w:hAnsi="Roboto"/>
        </w:rPr>
      </w:pPr>
    </w:p>
    <w:p w14:paraId="4AC6BE24" w14:textId="716CC41E" w:rsidR="005F49B5" w:rsidRPr="00476E7B" w:rsidRDefault="005F49B5" w:rsidP="00476E7B">
      <w:pPr>
        <w:spacing w:line="276" w:lineRule="auto"/>
        <w:rPr>
          <w:rFonts w:ascii="Roboto" w:hAnsi="Roboto"/>
        </w:rPr>
      </w:pPr>
      <w:r w:rsidRPr="00476E7B">
        <w:rPr>
          <w:rFonts w:ascii="Roboto" w:hAnsi="Roboto"/>
        </w:rPr>
        <w:t>2. I wish I could ___________________________________________________________</w:t>
      </w:r>
    </w:p>
    <w:p w14:paraId="13FD2478" w14:textId="77777777" w:rsidR="00582B64" w:rsidRPr="00476E7B" w:rsidRDefault="00582B64" w:rsidP="00476E7B">
      <w:pPr>
        <w:spacing w:line="276" w:lineRule="auto"/>
        <w:rPr>
          <w:rFonts w:ascii="Roboto" w:hAnsi="Roboto"/>
        </w:rPr>
      </w:pPr>
    </w:p>
    <w:p w14:paraId="457954F4" w14:textId="0A2A4DF3" w:rsidR="005F49B5" w:rsidRPr="00476E7B" w:rsidRDefault="005F49B5" w:rsidP="00476E7B">
      <w:pPr>
        <w:spacing w:line="276" w:lineRule="auto"/>
        <w:rPr>
          <w:rFonts w:ascii="Roboto" w:hAnsi="Roboto"/>
        </w:rPr>
      </w:pPr>
      <w:r w:rsidRPr="00476E7B">
        <w:rPr>
          <w:rFonts w:ascii="Roboto" w:hAnsi="Roboto"/>
        </w:rPr>
        <w:t>3. I wish I could ___________________________________________________________</w:t>
      </w:r>
    </w:p>
    <w:p w14:paraId="2CFD3D6D" w14:textId="77777777" w:rsidR="00582B64" w:rsidRPr="00476E7B" w:rsidRDefault="00582B64" w:rsidP="00476E7B">
      <w:pPr>
        <w:spacing w:line="276" w:lineRule="auto"/>
        <w:rPr>
          <w:rFonts w:ascii="Roboto" w:hAnsi="Roboto" w:cs="Apple Color Emoji"/>
        </w:rPr>
      </w:pPr>
    </w:p>
    <w:p w14:paraId="5ABCE15E" w14:textId="749FAEAE" w:rsidR="005F49B5" w:rsidRPr="00476E7B" w:rsidRDefault="005F49B5" w:rsidP="00476E7B">
      <w:pPr>
        <w:spacing w:line="276" w:lineRule="auto"/>
        <w:rPr>
          <w:rFonts w:ascii="Roboto" w:hAnsi="Roboto"/>
        </w:rPr>
      </w:pPr>
      <w:r w:rsidRPr="00476E7B">
        <w:rPr>
          <w:rFonts w:ascii="Apple Color Emoji" w:hAnsi="Apple Color Emoji" w:cs="Apple Color Emoji"/>
        </w:rPr>
        <w:t>✔</w:t>
      </w:r>
      <w:r w:rsidRPr="00476E7B">
        <w:rPr>
          <w:rFonts w:ascii="Roboto" w:hAnsi="Roboto"/>
        </w:rPr>
        <w:t xml:space="preserve"> Choose one wish and expand it:</w:t>
      </w:r>
    </w:p>
    <w:p w14:paraId="16DE7E12" w14:textId="77777777" w:rsidR="00582B64" w:rsidRPr="00476E7B" w:rsidRDefault="00582B64" w:rsidP="00476E7B">
      <w:pPr>
        <w:spacing w:line="276" w:lineRule="auto"/>
        <w:rPr>
          <w:rFonts w:ascii="Roboto" w:hAnsi="Roboto"/>
        </w:rPr>
      </w:pPr>
    </w:p>
    <w:p w14:paraId="1B1EACFD" w14:textId="0E34B3B2" w:rsidR="005F49B5" w:rsidRPr="00476E7B" w:rsidRDefault="005F49B5" w:rsidP="00476E7B">
      <w:pPr>
        <w:spacing w:line="276" w:lineRule="auto"/>
        <w:rPr>
          <w:rFonts w:ascii="Roboto" w:hAnsi="Roboto"/>
        </w:rPr>
      </w:pPr>
      <w:r w:rsidRPr="00476E7B">
        <w:rPr>
          <w:rFonts w:ascii="Roboto" w:hAnsi="Roboto"/>
        </w:rPr>
        <w:t>What would achieving this wish mean for your career?</w:t>
      </w:r>
    </w:p>
    <w:p w14:paraId="02DF3796" w14:textId="70973A2C"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43CC430A" w14:textId="77777777" w:rsidR="00582B64" w:rsidRPr="00476E7B" w:rsidRDefault="00582B64" w:rsidP="00476E7B">
      <w:pPr>
        <w:spacing w:line="276" w:lineRule="auto"/>
        <w:rPr>
          <w:rFonts w:ascii="Roboto" w:hAnsi="Roboto"/>
        </w:rPr>
      </w:pPr>
    </w:p>
    <w:p w14:paraId="48642885" w14:textId="1CBAC2B4" w:rsidR="005F49B5" w:rsidRPr="00476E7B" w:rsidRDefault="005F49B5" w:rsidP="00476E7B">
      <w:pPr>
        <w:spacing w:line="276" w:lineRule="auto"/>
        <w:rPr>
          <w:rFonts w:ascii="Roboto" w:hAnsi="Roboto"/>
        </w:rPr>
      </w:pPr>
      <w:r w:rsidRPr="00476E7B">
        <w:rPr>
          <w:rFonts w:ascii="Roboto" w:hAnsi="Roboto"/>
        </w:rPr>
        <w:t>What benefit would it bring to your company or team?</w:t>
      </w:r>
    </w:p>
    <w:p w14:paraId="4573448B" w14:textId="013E3A26"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59473B4C" w14:textId="77777777" w:rsidR="00582B64" w:rsidRPr="00476E7B" w:rsidRDefault="00582B64" w:rsidP="00476E7B">
      <w:pPr>
        <w:spacing w:line="276" w:lineRule="auto"/>
        <w:rPr>
          <w:rFonts w:ascii="Roboto" w:hAnsi="Roboto"/>
        </w:rPr>
      </w:pPr>
    </w:p>
    <w:p w14:paraId="72196B40" w14:textId="4B496226" w:rsidR="005F49B5" w:rsidRPr="00476E7B" w:rsidRDefault="005F49B5" w:rsidP="00476E7B">
      <w:pPr>
        <w:spacing w:line="276" w:lineRule="auto"/>
        <w:rPr>
          <w:rFonts w:ascii="Roboto" w:hAnsi="Roboto"/>
        </w:rPr>
      </w:pPr>
      <w:r w:rsidRPr="00476E7B">
        <w:rPr>
          <w:rFonts w:ascii="Roboto" w:hAnsi="Roboto"/>
        </w:rPr>
        <w:t>How would it improve your work-life balance or personal well-being?</w:t>
      </w:r>
    </w:p>
    <w:p w14:paraId="189AAF27" w14:textId="77777777" w:rsidR="00582B64" w:rsidRPr="00476E7B" w:rsidRDefault="00582B64" w:rsidP="00476E7B">
      <w:pPr>
        <w:spacing w:line="276" w:lineRule="auto"/>
        <w:rPr>
          <w:rFonts w:ascii="Roboto" w:hAnsi="Roboto"/>
        </w:rPr>
      </w:pPr>
    </w:p>
    <w:p w14:paraId="54345F86" w14:textId="57592E2D"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78417975" w14:textId="77777777" w:rsidR="005F49B5" w:rsidRPr="00476E7B" w:rsidRDefault="005F49B5" w:rsidP="00476E7B">
      <w:pPr>
        <w:pStyle w:val="Heading1"/>
        <w:spacing w:line="276" w:lineRule="auto"/>
        <w:rPr>
          <w:rFonts w:ascii="Roboto" w:hAnsi="Roboto"/>
        </w:rPr>
      </w:pPr>
      <w:bookmarkStart w:id="4" w:name="_Toc193737833"/>
      <w:r w:rsidRPr="00476E7B">
        <w:rPr>
          <w:rFonts w:ascii="Roboto" w:hAnsi="Roboto"/>
        </w:rPr>
        <w:t>Step 3: Connect the Dots</w:t>
      </w:r>
      <w:bookmarkEnd w:id="4"/>
    </w:p>
    <w:p w14:paraId="27EA01F0" w14:textId="77777777" w:rsidR="00582B64" w:rsidRPr="00476E7B" w:rsidRDefault="00582B64" w:rsidP="00476E7B">
      <w:pPr>
        <w:spacing w:line="276" w:lineRule="auto"/>
        <w:rPr>
          <w:rFonts w:ascii="Roboto" w:hAnsi="Roboto" w:cs="Apple Color Emoji"/>
        </w:rPr>
      </w:pPr>
    </w:p>
    <w:p w14:paraId="02DD7F49" w14:textId="536D6C8B" w:rsidR="005F49B5" w:rsidRPr="00476E7B" w:rsidRDefault="005F49B5" w:rsidP="00476E7B">
      <w:pPr>
        <w:spacing w:line="276" w:lineRule="auto"/>
        <w:rPr>
          <w:rFonts w:ascii="Roboto" w:hAnsi="Roboto"/>
        </w:rPr>
      </w:pPr>
      <w:r w:rsidRPr="00476E7B">
        <w:rPr>
          <w:rFonts w:ascii="Apple Color Emoji" w:hAnsi="Apple Color Emoji" w:cs="Apple Color Emoji"/>
        </w:rPr>
        <w:t>✔</w:t>
      </w:r>
      <w:r w:rsidRPr="00476E7B">
        <w:rPr>
          <w:rFonts w:ascii="Roboto" w:hAnsi="Roboto"/>
        </w:rPr>
        <w:t xml:space="preserve"> How does this wish align with the Business Plan?</w:t>
      </w:r>
    </w:p>
    <w:p w14:paraId="5CBCD613" w14:textId="77777777" w:rsidR="00582B64" w:rsidRPr="00476E7B" w:rsidRDefault="00582B64" w:rsidP="00476E7B">
      <w:pPr>
        <w:spacing w:line="276" w:lineRule="auto"/>
        <w:rPr>
          <w:rFonts w:ascii="Roboto" w:hAnsi="Roboto"/>
        </w:rPr>
      </w:pPr>
    </w:p>
    <w:p w14:paraId="0668B7B7" w14:textId="21163E23"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45B89F55" w14:textId="77777777" w:rsidR="00582B64" w:rsidRPr="00476E7B" w:rsidRDefault="00582B64" w:rsidP="00476E7B">
      <w:pPr>
        <w:spacing w:line="276" w:lineRule="auto"/>
        <w:rPr>
          <w:rFonts w:ascii="Roboto" w:hAnsi="Roboto" w:cs="Apple Color Emoji"/>
        </w:rPr>
      </w:pPr>
    </w:p>
    <w:p w14:paraId="7A5C90B1" w14:textId="56C54BA1" w:rsidR="005F49B5" w:rsidRPr="00476E7B" w:rsidRDefault="005F49B5" w:rsidP="00476E7B">
      <w:pPr>
        <w:spacing w:line="276" w:lineRule="auto"/>
        <w:rPr>
          <w:rFonts w:ascii="Roboto" w:hAnsi="Roboto"/>
        </w:rPr>
      </w:pPr>
      <w:r w:rsidRPr="00476E7B">
        <w:rPr>
          <w:rFonts w:ascii="Apple Color Emoji" w:hAnsi="Apple Color Emoji" w:cs="Apple Color Emoji"/>
        </w:rPr>
        <w:t>✔</w:t>
      </w:r>
      <w:r w:rsidRPr="00476E7B">
        <w:rPr>
          <w:rFonts w:ascii="Roboto" w:hAnsi="Roboto"/>
        </w:rPr>
        <w:t xml:space="preserve"> What role could your function play in making it real?</w:t>
      </w:r>
    </w:p>
    <w:p w14:paraId="69F351D4" w14:textId="77777777" w:rsidR="00582B64" w:rsidRPr="00476E7B" w:rsidRDefault="00582B64" w:rsidP="00476E7B">
      <w:pPr>
        <w:spacing w:line="276" w:lineRule="auto"/>
        <w:rPr>
          <w:rFonts w:ascii="Roboto" w:hAnsi="Roboto"/>
        </w:rPr>
      </w:pPr>
    </w:p>
    <w:p w14:paraId="4C27C363" w14:textId="726ED60A"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2C7F89A7" w14:textId="77777777" w:rsidR="005F49B5" w:rsidRPr="00476E7B" w:rsidRDefault="005F49B5" w:rsidP="00476E7B">
      <w:pPr>
        <w:pStyle w:val="Heading1"/>
        <w:spacing w:line="276" w:lineRule="auto"/>
        <w:rPr>
          <w:rFonts w:ascii="Roboto" w:hAnsi="Roboto"/>
        </w:rPr>
      </w:pPr>
      <w:bookmarkStart w:id="5" w:name="_Toc193737834"/>
      <w:r w:rsidRPr="00476E7B">
        <w:rPr>
          <w:rFonts w:ascii="Roboto" w:hAnsi="Roboto"/>
        </w:rPr>
        <w:t>Deliverable</w:t>
      </w:r>
      <w:bookmarkEnd w:id="5"/>
    </w:p>
    <w:p w14:paraId="33D09998" w14:textId="06B2FC22" w:rsidR="005F49B5" w:rsidRPr="00476E7B" w:rsidRDefault="005F49B5" w:rsidP="00476E7B">
      <w:pPr>
        <w:spacing w:line="276" w:lineRule="auto"/>
        <w:rPr>
          <w:rFonts w:ascii="Roboto" w:hAnsi="Roboto"/>
        </w:rPr>
      </w:pPr>
      <w:r w:rsidRPr="00476E7B">
        <w:rPr>
          <w:rFonts w:ascii="Roboto" w:hAnsi="Roboto"/>
        </w:rPr>
        <w:t>Write a 5–7 sentence summary of your chosen wish, its impact on your career, company, and personal life, and how it aligns with your Business Plan.</w:t>
      </w:r>
    </w:p>
    <w:p w14:paraId="1B7F6AC9" w14:textId="023070F9" w:rsidR="00582B64" w:rsidRPr="00476E7B" w:rsidRDefault="00582B64" w:rsidP="00476E7B">
      <w:pPr>
        <w:spacing w:line="276" w:lineRule="auto"/>
        <w:rPr>
          <w:rFonts w:ascii="Roboto" w:hAnsi="Roboto"/>
        </w:rPr>
      </w:pPr>
    </w:p>
    <w:p w14:paraId="176AACAB" w14:textId="77777777" w:rsidR="00582B64" w:rsidRPr="00476E7B" w:rsidRDefault="00582B64" w:rsidP="00476E7B">
      <w:pPr>
        <w:spacing w:line="276" w:lineRule="auto"/>
        <w:rPr>
          <w:rFonts w:ascii="Roboto" w:hAnsi="Roboto"/>
        </w:rPr>
      </w:pPr>
    </w:p>
    <w:p w14:paraId="18002E1E" w14:textId="3DE17A03" w:rsidR="00582B64" w:rsidRPr="00476E7B" w:rsidRDefault="00582B64" w:rsidP="00476E7B">
      <w:pPr>
        <w:pBdr>
          <w:top w:val="single" w:sz="12" w:space="1" w:color="auto"/>
          <w:bottom w:val="single" w:sz="12" w:space="1" w:color="auto"/>
        </w:pBdr>
        <w:spacing w:line="276" w:lineRule="auto"/>
        <w:rPr>
          <w:rFonts w:ascii="Roboto" w:hAnsi="Roboto"/>
        </w:rPr>
      </w:pPr>
    </w:p>
    <w:p w14:paraId="0E128A2D" w14:textId="77777777" w:rsidR="00805AE8" w:rsidRPr="00476E7B" w:rsidRDefault="00805AE8" w:rsidP="00476E7B">
      <w:pPr>
        <w:pBdr>
          <w:top w:val="single" w:sz="12" w:space="1" w:color="auto"/>
          <w:bottom w:val="single" w:sz="12" w:space="1" w:color="auto"/>
        </w:pBdr>
        <w:spacing w:line="276" w:lineRule="auto"/>
        <w:rPr>
          <w:rFonts w:ascii="Roboto" w:hAnsi="Roboto"/>
        </w:rPr>
      </w:pPr>
    </w:p>
    <w:p w14:paraId="4BF164C0" w14:textId="77777777" w:rsidR="00582B64" w:rsidRPr="00476E7B" w:rsidRDefault="00582B64" w:rsidP="00476E7B">
      <w:pPr>
        <w:spacing w:line="276" w:lineRule="auto"/>
        <w:rPr>
          <w:rFonts w:ascii="Roboto" w:hAnsi="Roboto"/>
        </w:rPr>
      </w:pPr>
    </w:p>
    <w:p w14:paraId="504E36E6" w14:textId="46CBB674"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639CF829" w14:textId="77777777" w:rsidR="005F49B5" w:rsidRPr="00476E7B" w:rsidRDefault="005F49B5" w:rsidP="00476E7B">
      <w:pPr>
        <w:spacing w:line="276" w:lineRule="auto"/>
        <w:rPr>
          <w:rFonts w:ascii="Roboto" w:hAnsi="Roboto"/>
        </w:rPr>
      </w:pPr>
    </w:p>
    <w:p w14:paraId="17E9183C" w14:textId="77777777" w:rsidR="005F49B5" w:rsidRPr="00476E7B" w:rsidRDefault="005F49B5" w:rsidP="00476E7B">
      <w:pPr>
        <w:spacing w:line="276" w:lineRule="auto"/>
        <w:rPr>
          <w:rFonts w:ascii="Roboto" w:hAnsi="Roboto"/>
        </w:rPr>
      </w:pPr>
    </w:p>
    <w:p w14:paraId="64537961" w14:textId="77777777" w:rsidR="005F49B5" w:rsidRPr="00476E7B" w:rsidRDefault="005F49B5" w:rsidP="00476E7B">
      <w:pPr>
        <w:spacing w:after="200" w:line="276" w:lineRule="auto"/>
        <w:rPr>
          <w:rFonts w:ascii="Roboto" w:hAnsi="Roboto"/>
        </w:rPr>
      </w:pPr>
      <w:r w:rsidRPr="00476E7B">
        <w:rPr>
          <w:rFonts w:ascii="Roboto" w:hAnsi="Roboto"/>
        </w:rPr>
        <w:br w:type="page"/>
      </w:r>
    </w:p>
    <w:p w14:paraId="7164784B" w14:textId="77777777" w:rsidR="005F49B5" w:rsidRPr="00476E7B" w:rsidRDefault="005F49B5" w:rsidP="00476E7B">
      <w:pPr>
        <w:pStyle w:val="Title"/>
        <w:spacing w:line="276" w:lineRule="auto"/>
        <w:rPr>
          <w:rFonts w:ascii="Roboto" w:hAnsi="Roboto"/>
        </w:rPr>
      </w:pPr>
      <w:r w:rsidRPr="00476E7B">
        <w:rPr>
          <w:rFonts w:ascii="Roboto" w:hAnsi="Roboto"/>
        </w:rPr>
        <w:lastRenderedPageBreak/>
        <w:t>I Wish I Could – Guided Reflection Worksheet</w:t>
      </w:r>
    </w:p>
    <w:p w14:paraId="3667D154" w14:textId="77777777" w:rsidR="005F49B5" w:rsidRPr="00476E7B" w:rsidRDefault="005F49B5" w:rsidP="00476E7B">
      <w:pPr>
        <w:spacing w:line="276" w:lineRule="auto"/>
        <w:rPr>
          <w:rFonts w:ascii="Roboto" w:hAnsi="Roboto"/>
        </w:rPr>
      </w:pPr>
      <w:r w:rsidRPr="00476E7B">
        <w:rPr>
          <w:rFonts w:ascii="Roboto" w:hAnsi="Roboto"/>
        </w:rPr>
        <w:t>This worksheet is designed to help you unlock your imagination and define a powerful personal or professional aspiration. You’ll explore what excites and inspires you, and then connect that vision to your company’s strategic direction to make it actionable.</w:t>
      </w:r>
    </w:p>
    <w:p w14:paraId="47D65590" w14:textId="77777777" w:rsidR="005F49B5" w:rsidRPr="00476E7B" w:rsidRDefault="005F49B5" w:rsidP="00476E7B">
      <w:pPr>
        <w:pStyle w:val="Heading1"/>
        <w:spacing w:line="276" w:lineRule="auto"/>
        <w:rPr>
          <w:rFonts w:ascii="Roboto" w:hAnsi="Roboto"/>
        </w:rPr>
      </w:pPr>
      <w:bookmarkStart w:id="6" w:name="_Toc193737835"/>
      <w:r w:rsidRPr="00476E7B">
        <w:rPr>
          <w:rFonts w:ascii="Roboto" w:hAnsi="Roboto"/>
        </w:rPr>
        <w:t>1. Dream Without Limits</w:t>
      </w:r>
      <w:bookmarkEnd w:id="6"/>
    </w:p>
    <w:p w14:paraId="7403B655" w14:textId="77777777" w:rsidR="005F49B5" w:rsidRPr="00476E7B" w:rsidRDefault="005F49B5" w:rsidP="00476E7B">
      <w:pPr>
        <w:spacing w:line="276" w:lineRule="auto"/>
        <w:rPr>
          <w:rFonts w:ascii="Roboto" w:hAnsi="Roboto"/>
        </w:rPr>
      </w:pPr>
    </w:p>
    <w:p w14:paraId="049D4B2F" w14:textId="38A729AD" w:rsidR="005F49B5" w:rsidRPr="00476E7B" w:rsidRDefault="005F49B5" w:rsidP="00476E7B">
      <w:pPr>
        <w:spacing w:line="276" w:lineRule="auto"/>
        <w:rPr>
          <w:rFonts w:ascii="Roboto" w:hAnsi="Roboto"/>
        </w:rPr>
      </w:pPr>
      <w:r w:rsidRPr="00476E7B">
        <w:rPr>
          <w:rFonts w:ascii="Roboto" w:hAnsi="Roboto"/>
        </w:rPr>
        <w:t>If you could do or change anything in your role or career, what would it be?</w:t>
      </w:r>
    </w:p>
    <w:p w14:paraId="7FF6AE3B" w14:textId="77777777" w:rsidR="005F49B5" w:rsidRPr="00476E7B" w:rsidRDefault="005F49B5" w:rsidP="00476E7B">
      <w:pPr>
        <w:spacing w:line="276" w:lineRule="auto"/>
        <w:rPr>
          <w:rFonts w:ascii="Roboto" w:hAnsi="Roboto"/>
        </w:rPr>
      </w:pPr>
    </w:p>
    <w:p w14:paraId="215A03B2" w14:textId="379F85CD"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3D1DBB4C" w14:textId="77777777" w:rsidR="005F49B5" w:rsidRPr="00476E7B" w:rsidRDefault="005F49B5" w:rsidP="00476E7B">
      <w:pPr>
        <w:spacing w:line="276" w:lineRule="auto"/>
        <w:rPr>
          <w:rFonts w:ascii="Roboto" w:hAnsi="Roboto"/>
        </w:rPr>
      </w:pPr>
    </w:p>
    <w:p w14:paraId="154C914B" w14:textId="276A8930"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1D73CC76" w14:textId="77777777" w:rsidR="005F49B5" w:rsidRPr="00476E7B" w:rsidRDefault="005F49B5" w:rsidP="00476E7B">
      <w:pPr>
        <w:spacing w:line="276" w:lineRule="auto"/>
        <w:rPr>
          <w:rFonts w:ascii="Roboto" w:hAnsi="Roboto"/>
        </w:rPr>
      </w:pPr>
    </w:p>
    <w:p w14:paraId="637ED952" w14:textId="77777777" w:rsidR="005F49B5" w:rsidRPr="00476E7B" w:rsidRDefault="005F49B5" w:rsidP="00476E7B">
      <w:pPr>
        <w:spacing w:line="276" w:lineRule="auto"/>
        <w:rPr>
          <w:rFonts w:ascii="Roboto" w:hAnsi="Roboto"/>
        </w:rPr>
      </w:pPr>
    </w:p>
    <w:p w14:paraId="356EA49E" w14:textId="4D76D965" w:rsidR="005F49B5" w:rsidRPr="00476E7B" w:rsidRDefault="005F49B5" w:rsidP="00476E7B">
      <w:pPr>
        <w:spacing w:line="276" w:lineRule="auto"/>
        <w:rPr>
          <w:rFonts w:ascii="Roboto" w:hAnsi="Roboto"/>
        </w:rPr>
      </w:pPr>
      <w:r w:rsidRPr="00476E7B">
        <w:rPr>
          <w:rFonts w:ascii="Roboto" w:hAnsi="Roboto"/>
        </w:rPr>
        <w:t>What would your workday look like if it was more aligned with your strengths and passions?</w:t>
      </w:r>
    </w:p>
    <w:p w14:paraId="70AE07FA" w14:textId="146412A2"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5F750611" w14:textId="77777777" w:rsidR="005F49B5" w:rsidRPr="00476E7B" w:rsidRDefault="005F49B5" w:rsidP="00476E7B">
      <w:pPr>
        <w:pStyle w:val="Heading1"/>
        <w:spacing w:line="276" w:lineRule="auto"/>
        <w:rPr>
          <w:rFonts w:ascii="Roboto" w:hAnsi="Roboto"/>
        </w:rPr>
      </w:pPr>
      <w:bookmarkStart w:id="7" w:name="_Toc193737836"/>
      <w:r w:rsidRPr="00476E7B">
        <w:rPr>
          <w:rFonts w:ascii="Roboto" w:hAnsi="Roboto"/>
        </w:rPr>
        <w:t>2. Describe Your Wish</w:t>
      </w:r>
      <w:bookmarkEnd w:id="7"/>
    </w:p>
    <w:p w14:paraId="0E061879" w14:textId="77777777" w:rsidR="005F49B5" w:rsidRPr="00476E7B" w:rsidRDefault="005F49B5" w:rsidP="00476E7B">
      <w:pPr>
        <w:spacing w:line="276" w:lineRule="auto"/>
        <w:rPr>
          <w:rFonts w:ascii="Roboto" w:hAnsi="Roboto"/>
        </w:rPr>
      </w:pPr>
    </w:p>
    <w:p w14:paraId="2776AAF2" w14:textId="19813CCC" w:rsidR="005F49B5" w:rsidRPr="00476E7B" w:rsidRDefault="005F49B5" w:rsidP="00476E7B">
      <w:pPr>
        <w:spacing w:line="276" w:lineRule="auto"/>
        <w:rPr>
          <w:rFonts w:ascii="Roboto" w:hAnsi="Roboto"/>
        </w:rPr>
      </w:pPr>
      <w:r w:rsidRPr="00476E7B">
        <w:rPr>
          <w:rFonts w:ascii="Roboto" w:hAnsi="Roboto"/>
        </w:rPr>
        <w:t>Complete the sentence: 'I wish I could...'</w:t>
      </w:r>
    </w:p>
    <w:p w14:paraId="70FE07E6" w14:textId="77777777" w:rsidR="005F49B5" w:rsidRPr="00476E7B" w:rsidRDefault="005F49B5" w:rsidP="00476E7B">
      <w:pPr>
        <w:spacing w:line="276" w:lineRule="auto"/>
        <w:rPr>
          <w:rFonts w:ascii="Roboto" w:hAnsi="Roboto"/>
        </w:rPr>
      </w:pPr>
    </w:p>
    <w:p w14:paraId="0E88C78E" w14:textId="5C82005C"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03E59491" w14:textId="77777777" w:rsidR="005F49B5" w:rsidRPr="00476E7B" w:rsidRDefault="005F49B5" w:rsidP="00476E7B">
      <w:pPr>
        <w:spacing w:line="276" w:lineRule="auto"/>
        <w:rPr>
          <w:rFonts w:ascii="Roboto" w:hAnsi="Roboto"/>
        </w:rPr>
      </w:pPr>
    </w:p>
    <w:p w14:paraId="305C4A8F" w14:textId="0254A25E" w:rsidR="005F49B5" w:rsidRPr="00476E7B" w:rsidRDefault="005F49B5" w:rsidP="00476E7B">
      <w:pPr>
        <w:spacing w:line="276" w:lineRule="auto"/>
        <w:rPr>
          <w:rFonts w:ascii="Roboto" w:hAnsi="Roboto"/>
        </w:rPr>
      </w:pPr>
      <w:r w:rsidRPr="00476E7B">
        <w:rPr>
          <w:rFonts w:ascii="Roboto" w:hAnsi="Roboto"/>
        </w:rPr>
        <w:t>What would achieving this allow you to feel, contribute, or become?</w:t>
      </w:r>
    </w:p>
    <w:p w14:paraId="3B90921E" w14:textId="77777777" w:rsidR="005F49B5" w:rsidRPr="00476E7B" w:rsidRDefault="005F49B5" w:rsidP="00476E7B">
      <w:pPr>
        <w:spacing w:line="276" w:lineRule="auto"/>
        <w:rPr>
          <w:rFonts w:ascii="Roboto" w:hAnsi="Roboto"/>
        </w:rPr>
      </w:pPr>
    </w:p>
    <w:p w14:paraId="5FA51DB9" w14:textId="5C7F64B7"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5C7230E0" w14:textId="77777777" w:rsidR="005F49B5" w:rsidRPr="00476E7B" w:rsidRDefault="005F49B5" w:rsidP="00476E7B">
      <w:pPr>
        <w:pStyle w:val="Heading1"/>
        <w:spacing w:line="276" w:lineRule="auto"/>
        <w:rPr>
          <w:rFonts w:ascii="Roboto" w:hAnsi="Roboto"/>
        </w:rPr>
      </w:pPr>
      <w:bookmarkStart w:id="8" w:name="_Toc193737837"/>
      <w:r w:rsidRPr="00476E7B">
        <w:rPr>
          <w:rFonts w:ascii="Roboto" w:hAnsi="Roboto"/>
        </w:rPr>
        <w:t>3. Connect It to Your Organisation</w:t>
      </w:r>
      <w:bookmarkEnd w:id="8"/>
    </w:p>
    <w:p w14:paraId="3A57FC86" w14:textId="77777777" w:rsidR="005F49B5" w:rsidRPr="00476E7B" w:rsidRDefault="005F49B5" w:rsidP="00476E7B">
      <w:pPr>
        <w:pBdr>
          <w:bottom w:val="single" w:sz="12" w:space="1" w:color="auto"/>
        </w:pBdr>
        <w:spacing w:line="276" w:lineRule="auto"/>
        <w:rPr>
          <w:rFonts w:ascii="Roboto" w:hAnsi="Roboto"/>
        </w:rPr>
      </w:pPr>
    </w:p>
    <w:p w14:paraId="23C9E615" w14:textId="08D6FA96" w:rsidR="005F49B5" w:rsidRPr="00476E7B" w:rsidRDefault="005F49B5" w:rsidP="00476E7B">
      <w:pPr>
        <w:pBdr>
          <w:bottom w:val="single" w:sz="12" w:space="1" w:color="auto"/>
        </w:pBdr>
        <w:spacing w:line="276" w:lineRule="auto"/>
        <w:rPr>
          <w:rFonts w:ascii="Roboto" w:hAnsi="Roboto"/>
        </w:rPr>
      </w:pPr>
      <w:r w:rsidRPr="00476E7B">
        <w:rPr>
          <w:rFonts w:ascii="Roboto" w:hAnsi="Roboto"/>
        </w:rPr>
        <w:t xml:space="preserve">How could </w:t>
      </w:r>
      <w:proofErr w:type="spellStart"/>
      <w:r w:rsidRPr="00476E7B">
        <w:rPr>
          <w:rFonts w:ascii="Roboto" w:hAnsi="Roboto"/>
        </w:rPr>
        <w:t>your</w:t>
      </w:r>
      <w:proofErr w:type="spellEnd"/>
      <w:r w:rsidRPr="00476E7B">
        <w:rPr>
          <w:rFonts w:ascii="Roboto" w:hAnsi="Roboto"/>
        </w:rPr>
        <w:t xml:space="preserve"> wish support your company’s Vision, Mission, or growth opportunities?</w:t>
      </w:r>
    </w:p>
    <w:p w14:paraId="1905A6A6" w14:textId="77777777" w:rsidR="005F49B5" w:rsidRPr="00476E7B" w:rsidRDefault="005F49B5" w:rsidP="00476E7B">
      <w:pPr>
        <w:pBdr>
          <w:bottom w:val="single" w:sz="12" w:space="1" w:color="auto"/>
        </w:pBdr>
        <w:spacing w:line="276" w:lineRule="auto"/>
        <w:rPr>
          <w:rFonts w:ascii="Roboto" w:hAnsi="Roboto"/>
        </w:rPr>
      </w:pPr>
    </w:p>
    <w:p w14:paraId="63A0BF25" w14:textId="77777777" w:rsidR="005F49B5" w:rsidRPr="00476E7B" w:rsidRDefault="005F49B5" w:rsidP="00476E7B">
      <w:pPr>
        <w:spacing w:line="276" w:lineRule="auto"/>
        <w:rPr>
          <w:rFonts w:ascii="Roboto" w:hAnsi="Roboto"/>
        </w:rPr>
      </w:pPr>
    </w:p>
    <w:p w14:paraId="0D144035" w14:textId="28D1CECD" w:rsidR="005F49B5" w:rsidRPr="00476E7B" w:rsidRDefault="005F49B5" w:rsidP="00476E7B">
      <w:pPr>
        <w:spacing w:line="276" w:lineRule="auto"/>
        <w:rPr>
          <w:rFonts w:ascii="Roboto" w:hAnsi="Roboto"/>
        </w:rPr>
      </w:pPr>
      <w:r w:rsidRPr="00476E7B">
        <w:rPr>
          <w:rFonts w:ascii="Roboto" w:hAnsi="Roboto"/>
        </w:rPr>
        <w:t>Does it address a challenge or opportunity identified in your Business Plan (Section 1)?</w:t>
      </w:r>
    </w:p>
    <w:p w14:paraId="13F75894" w14:textId="77777777" w:rsidR="005F49B5" w:rsidRPr="00476E7B" w:rsidRDefault="005F49B5" w:rsidP="00476E7B">
      <w:pPr>
        <w:spacing w:line="276" w:lineRule="auto"/>
        <w:rPr>
          <w:rFonts w:ascii="Roboto" w:hAnsi="Roboto"/>
        </w:rPr>
      </w:pPr>
    </w:p>
    <w:p w14:paraId="5CEFE913" w14:textId="4DC01A16"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7ACD641A" w14:textId="77777777" w:rsidR="005F49B5" w:rsidRPr="00476E7B" w:rsidRDefault="005F49B5" w:rsidP="00476E7B">
      <w:pPr>
        <w:pStyle w:val="Heading1"/>
        <w:spacing w:line="276" w:lineRule="auto"/>
        <w:rPr>
          <w:rFonts w:ascii="Roboto" w:hAnsi="Roboto"/>
        </w:rPr>
      </w:pPr>
      <w:bookmarkStart w:id="9" w:name="_Toc193737838"/>
      <w:r w:rsidRPr="00476E7B">
        <w:rPr>
          <w:rFonts w:ascii="Roboto" w:hAnsi="Roboto"/>
        </w:rPr>
        <w:t>4. Make It Tangible</w:t>
      </w:r>
      <w:bookmarkEnd w:id="9"/>
    </w:p>
    <w:p w14:paraId="091A3717" w14:textId="77777777" w:rsidR="005F49B5" w:rsidRPr="00476E7B" w:rsidRDefault="005F49B5" w:rsidP="00476E7B">
      <w:pPr>
        <w:spacing w:line="276" w:lineRule="auto"/>
        <w:rPr>
          <w:rFonts w:ascii="Roboto" w:hAnsi="Roboto"/>
        </w:rPr>
      </w:pPr>
    </w:p>
    <w:p w14:paraId="3486305C" w14:textId="59C58207" w:rsidR="005F49B5" w:rsidRPr="00476E7B" w:rsidRDefault="005F49B5" w:rsidP="00476E7B">
      <w:pPr>
        <w:spacing w:line="276" w:lineRule="auto"/>
        <w:rPr>
          <w:rFonts w:ascii="Roboto" w:hAnsi="Roboto"/>
        </w:rPr>
      </w:pPr>
      <w:r w:rsidRPr="00476E7B">
        <w:rPr>
          <w:rFonts w:ascii="Roboto" w:hAnsi="Roboto"/>
        </w:rPr>
        <w:t>What’s one small step you could take to begin moving toward your wish?</w:t>
      </w:r>
    </w:p>
    <w:p w14:paraId="699A268B" w14:textId="77777777" w:rsidR="005F49B5" w:rsidRPr="00476E7B" w:rsidRDefault="005F49B5" w:rsidP="00476E7B">
      <w:pPr>
        <w:spacing w:line="276" w:lineRule="auto"/>
        <w:rPr>
          <w:rFonts w:ascii="Roboto" w:hAnsi="Roboto"/>
        </w:rPr>
      </w:pPr>
    </w:p>
    <w:p w14:paraId="1AF9F717" w14:textId="1FC8C86A"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1E35D93C" w14:textId="77777777" w:rsidR="005F49B5" w:rsidRPr="00476E7B" w:rsidRDefault="005F49B5" w:rsidP="00476E7B">
      <w:pPr>
        <w:spacing w:line="276" w:lineRule="auto"/>
        <w:rPr>
          <w:rFonts w:ascii="Roboto" w:hAnsi="Roboto"/>
        </w:rPr>
      </w:pPr>
    </w:p>
    <w:p w14:paraId="0288F3A4" w14:textId="12DB9077" w:rsidR="005F49B5" w:rsidRPr="00476E7B" w:rsidRDefault="005F49B5" w:rsidP="00476E7B">
      <w:pPr>
        <w:spacing w:line="276" w:lineRule="auto"/>
        <w:rPr>
          <w:rFonts w:ascii="Roboto" w:hAnsi="Roboto"/>
        </w:rPr>
      </w:pPr>
      <w:r w:rsidRPr="00476E7B">
        <w:rPr>
          <w:rFonts w:ascii="Roboto" w:hAnsi="Roboto"/>
        </w:rPr>
        <w:t>What support or resources might help you take this next step?</w:t>
      </w:r>
    </w:p>
    <w:p w14:paraId="0C41EB84" w14:textId="77777777" w:rsidR="005F49B5" w:rsidRPr="00476E7B" w:rsidRDefault="005F49B5" w:rsidP="00476E7B">
      <w:pPr>
        <w:spacing w:line="276" w:lineRule="auto"/>
        <w:rPr>
          <w:rFonts w:ascii="Roboto" w:hAnsi="Roboto"/>
        </w:rPr>
      </w:pPr>
    </w:p>
    <w:p w14:paraId="5AF79C97" w14:textId="58D620F4"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683F27AB" w14:textId="29BB206F" w:rsidR="005F49B5" w:rsidRPr="00476E7B" w:rsidRDefault="005F49B5" w:rsidP="00476E7B">
      <w:pPr>
        <w:pStyle w:val="Heading1"/>
        <w:spacing w:line="276" w:lineRule="auto"/>
        <w:rPr>
          <w:rFonts w:ascii="Roboto" w:hAnsi="Roboto"/>
        </w:rPr>
      </w:pPr>
      <w:bookmarkStart w:id="10" w:name="_Toc193737839"/>
      <w:r w:rsidRPr="00476E7B">
        <w:rPr>
          <w:rFonts w:ascii="Roboto" w:hAnsi="Roboto"/>
        </w:rPr>
        <w:t>5. Your Statement of Intent</w:t>
      </w:r>
      <w:bookmarkEnd w:id="10"/>
    </w:p>
    <w:p w14:paraId="59E1C1A8" w14:textId="2480FC5E" w:rsidR="005F49B5" w:rsidRPr="00476E7B" w:rsidRDefault="005F49B5" w:rsidP="00476E7B">
      <w:pPr>
        <w:pBdr>
          <w:bottom w:val="single" w:sz="12" w:space="1" w:color="auto"/>
        </w:pBdr>
        <w:spacing w:line="276" w:lineRule="auto"/>
        <w:rPr>
          <w:rFonts w:ascii="Roboto" w:hAnsi="Roboto"/>
        </w:rPr>
      </w:pPr>
      <w:r w:rsidRPr="00476E7B">
        <w:rPr>
          <w:rFonts w:ascii="Roboto" w:hAnsi="Roboto"/>
        </w:rPr>
        <w:t>Write a short 3–5 sentence statement summarising your 'I Wish I Could' vision, why it matters, and how you plan to begin making it real.</w:t>
      </w:r>
    </w:p>
    <w:p w14:paraId="035E6F07" w14:textId="77777777" w:rsidR="005F49B5" w:rsidRPr="00476E7B" w:rsidRDefault="005F49B5" w:rsidP="00476E7B">
      <w:pPr>
        <w:pBdr>
          <w:bottom w:val="single" w:sz="12" w:space="1" w:color="auto"/>
        </w:pBdr>
        <w:spacing w:line="276" w:lineRule="auto"/>
        <w:rPr>
          <w:rFonts w:ascii="Roboto" w:hAnsi="Roboto"/>
        </w:rPr>
      </w:pPr>
    </w:p>
    <w:p w14:paraId="6DB3DE5D" w14:textId="77777777" w:rsidR="005F49B5" w:rsidRPr="00476E7B" w:rsidRDefault="005F49B5" w:rsidP="00476E7B">
      <w:pPr>
        <w:pBdr>
          <w:bottom w:val="single" w:sz="12" w:space="1" w:color="auto"/>
        </w:pBdr>
        <w:spacing w:line="276" w:lineRule="auto"/>
        <w:rPr>
          <w:rFonts w:ascii="Roboto" w:hAnsi="Roboto"/>
        </w:rPr>
      </w:pPr>
    </w:p>
    <w:p w14:paraId="126B0260" w14:textId="77777777" w:rsidR="005F49B5" w:rsidRPr="00476E7B" w:rsidRDefault="005F49B5" w:rsidP="00476E7B">
      <w:pPr>
        <w:spacing w:line="276" w:lineRule="auto"/>
        <w:rPr>
          <w:rFonts w:ascii="Roboto" w:hAnsi="Roboto"/>
        </w:rPr>
      </w:pPr>
    </w:p>
    <w:p w14:paraId="5BAB1C25" w14:textId="44465BF2"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4E63A210" w14:textId="77777777" w:rsidR="005F49B5" w:rsidRPr="00476E7B" w:rsidRDefault="005F49B5" w:rsidP="00476E7B">
      <w:pPr>
        <w:spacing w:after="200" w:line="276" w:lineRule="auto"/>
        <w:rPr>
          <w:rFonts w:ascii="Roboto" w:hAnsi="Roboto"/>
        </w:rPr>
      </w:pPr>
      <w:r w:rsidRPr="00476E7B">
        <w:rPr>
          <w:rFonts w:ascii="Roboto" w:hAnsi="Roboto"/>
        </w:rPr>
        <w:br w:type="page"/>
      </w:r>
    </w:p>
    <w:p w14:paraId="5F4D2BDC" w14:textId="77777777" w:rsidR="005F49B5" w:rsidRPr="00476E7B" w:rsidRDefault="005F49B5" w:rsidP="00476E7B">
      <w:pPr>
        <w:pStyle w:val="Title"/>
        <w:spacing w:line="276" w:lineRule="auto"/>
        <w:rPr>
          <w:rFonts w:ascii="Roboto" w:hAnsi="Roboto"/>
        </w:rPr>
      </w:pPr>
      <w:r w:rsidRPr="00476E7B">
        <w:rPr>
          <w:rFonts w:ascii="Roboto" w:hAnsi="Roboto"/>
        </w:rPr>
        <w:lastRenderedPageBreak/>
        <w:t>‘I Wish I Could’ – Strategy &amp; Vision Reflection Worksheet</w:t>
      </w:r>
    </w:p>
    <w:p w14:paraId="2E986DEA" w14:textId="77777777" w:rsidR="005F49B5" w:rsidRPr="00476E7B" w:rsidRDefault="005F49B5" w:rsidP="00476E7B">
      <w:pPr>
        <w:spacing w:line="276" w:lineRule="auto"/>
        <w:rPr>
          <w:rFonts w:ascii="Roboto" w:hAnsi="Roboto"/>
        </w:rPr>
      </w:pPr>
      <w:r w:rsidRPr="00476E7B">
        <w:rPr>
          <w:rFonts w:ascii="Roboto" w:hAnsi="Roboto"/>
        </w:rPr>
        <w:t>This worksheet helps you align your personal aspirations with your organisation’s purpose. You’ll reflect on your company’s foundations, clarify your role within that context, and dream big about the kind of future you’d love to help create.</w:t>
      </w:r>
    </w:p>
    <w:p w14:paraId="28BD7F6E" w14:textId="77777777" w:rsidR="005F49B5" w:rsidRPr="00476E7B" w:rsidRDefault="005F49B5" w:rsidP="00476E7B">
      <w:pPr>
        <w:pStyle w:val="Heading1"/>
        <w:spacing w:line="276" w:lineRule="auto"/>
        <w:rPr>
          <w:rFonts w:ascii="Roboto" w:hAnsi="Roboto"/>
        </w:rPr>
      </w:pPr>
      <w:bookmarkStart w:id="11" w:name="_Toc193737840"/>
      <w:r w:rsidRPr="00476E7B">
        <w:rPr>
          <w:rFonts w:ascii="Roboto" w:hAnsi="Roboto"/>
        </w:rPr>
        <w:t>1. Review the Business Plan</w:t>
      </w:r>
      <w:bookmarkEnd w:id="11"/>
    </w:p>
    <w:p w14:paraId="152B96D6" w14:textId="77777777" w:rsidR="005F49B5" w:rsidRPr="00476E7B" w:rsidRDefault="005F49B5" w:rsidP="00476E7B">
      <w:pPr>
        <w:spacing w:line="276" w:lineRule="auto"/>
        <w:rPr>
          <w:rFonts w:ascii="Roboto" w:hAnsi="Roboto"/>
        </w:rPr>
      </w:pPr>
    </w:p>
    <w:p w14:paraId="08CE5523" w14:textId="2ABC4EE6" w:rsidR="005F49B5" w:rsidRPr="00476E7B" w:rsidRDefault="005F49B5" w:rsidP="00476E7B">
      <w:pPr>
        <w:spacing w:line="276" w:lineRule="auto"/>
        <w:rPr>
          <w:rFonts w:ascii="Roboto" w:hAnsi="Roboto"/>
        </w:rPr>
      </w:pPr>
      <w:r w:rsidRPr="00476E7B">
        <w:rPr>
          <w:rFonts w:ascii="Roboto" w:hAnsi="Roboto"/>
        </w:rPr>
        <w:t>What is your company’s Vision?</w:t>
      </w:r>
    </w:p>
    <w:p w14:paraId="57CE91CD" w14:textId="77777777" w:rsidR="005F49B5" w:rsidRPr="00476E7B" w:rsidRDefault="005F49B5" w:rsidP="00476E7B">
      <w:pPr>
        <w:spacing w:line="276" w:lineRule="auto"/>
        <w:rPr>
          <w:rFonts w:ascii="Roboto" w:hAnsi="Roboto"/>
        </w:rPr>
      </w:pPr>
    </w:p>
    <w:p w14:paraId="6EA4DFB3" w14:textId="42371DCC"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3BF266AD" w14:textId="77777777" w:rsidR="005F49B5" w:rsidRPr="00476E7B" w:rsidRDefault="005F49B5" w:rsidP="00476E7B">
      <w:pPr>
        <w:spacing w:line="276" w:lineRule="auto"/>
        <w:rPr>
          <w:rFonts w:ascii="Roboto" w:hAnsi="Roboto"/>
        </w:rPr>
      </w:pPr>
    </w:p>
    <w:p w14:paraId="4626DAE0" w14:textId="577EF10D" w:rsidR="005F49B5" w:rsidRPr="00476E7B" w:rsidRDefault="005F49B5" w:rsidP="00476E7B">
      <w:pPr>
        <w:spacing w:line="276" w:lineRule="auto"/>
        <w:rPr>
          <w:rFonts w:ascii="Roboto" w:hAnsi="Roboto"/>
        </w:rPr>
      </w:pPr>
      <w:r w:rsidRPr="00476E7B">
        <w:rPr>
          <w:rFonts w:ascii="Roboto" w:hAnsi="Roboto"/>
        </w:rPr>
        <w:t>What is its Mission?</w:t>
      </w:r>
    </w:p>
    <w:p w14:paraId="75C92FAE" w14:textId="77777777" w:rsidR="005F49B5" w:rsidRPr="00476E7B" w:rsidRDefault="005F49B5" w:rsidP="00476E7B">
      <w:pPr>
        <w:spacing w:line="276" w:lineRule="auto"/>
        <w:rPr>
          <w:rFonts w:ascii="Roboto" w:hAnsi="Roboto"/>
        </w:rPr>
      </w:pPr>
    </w:p>
    <w:p w14:paraId="5BA79F29" w14:textId="624BE250"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24FEE961" w14:textId="77777777" w:rsidR="005F49B5" w:rsidRPr="00476E7B" w:rsidRDefault="005F49B5" w:rsidP="00476E7B">
      <w:pPr>
        <w:spacing w:line="276" w:lineRule="auto"/>
        <w:rPr>
          <w:rFonts w:ascii="Roboto" w:hAnsi="Roboto"/>
        </w:rPr>
      </w:pPr>
    </w:p>
    <w:p w14:paraId="4891D54A" w14:textId="20A64056" w:rsidR="005F49B5" w:rsidRPr="00476E7B" w:rsidRDefault="005F49B5" w:rsidP="00476E7B">
      <w:pPr>
        <w:spacing w:line="276" w:lineRule="auto"/>
        <w:rPr>
          <w:rFonts w:ascii="Roboto" w:hAnsi="Roboto"/>
        </w:rPr>
      </w:pPr>
      <w:r w:rsidRPr="00476E7B">
        <w:rPr>
          <w:rFonts w:ascii="Roboto" w:hAnsi="Roboto"/>
        </w:rPr>
        <w:t>What growth opportunities did you identify in Section 1?</w:t>
      </w:r>
    </w:p>
    <w:p w14:paraId="64AECAC8" w14:textId="77777777" w:rsidR="005F49B5" w:rsidRPr="00476E7B" w:rsidRDefault="005F49B5" w:rsidP="00476E7B">
      <w:pPr>
        <w:spacing w:line="276" w:lineRule="auto"/>
        <w:rPr>
          <w:rFonts w:ascii="Roboto" w:hAnsi="Roboto"/>
        </w:rPr>
      </w:pPr>
    </w:p>
    <w:p w14:paraId="1DB05938" w14:textId="29811838"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115B6AF3" w14:textId="77777777" w:rsidR="005F49B5" w:rsidRPr="00476E7B" w:rsidRDefault="005F49B5" w:rsidP="00476E7B">
      <w:pPr>
        <w:pStyle w:val="Heading1"/>
        <w:spacing w:line="276" w:lineRule="auto"/>
        <w:rPr>
          <w:rFonts w:ascii="Roboto" w:hAnsi="Roboto"/>
        </w:rPr>
      </w:pPr>
      <w:bookmarkStart w:id="12" w:name="_Toc193737841"/>
      <w:r w:rsidRPr="00476E7B">
        <w:rPr>
          <w:rFonts w:ascii="Roboto" w:hAnsi="Roboto"/>
        </w:rPr>
        <w:t>2. Align Your Function</w:t>
      </w:r>
      <w:bookmarkEnd w:id="12"/>
    </w:p>
    <w:p w14:paraId="65E551D4" w14:textId="77777777" w:rsidR="005F49B5" w:rsidRPr="00476E7B" w:rsidRDefault="005F49B5" w:rsidP="00476E7B">
      <w:pPr>
        <w:spacing w:line="276" w:lineRule="auto"/>
        <w:rPr>
          <w:rFonts w:ascii="Roboto" w:hAnsi="Roboto"/>
        </w:rPr>
      </w:pPr>
    </w:p>
    <w:p w14:paraId="7B22A931" w14:textId="20011DEA" w:rsidR="005F49B5" w:rsidRPr="00476E7B" w:rsidRDefault="005F49B5" w:rsidP="00476E7B">
      <w:pPr>
        <w:spacing w:line="276" w:lineRule="auto"/>
        <w:rPr>
          <w:rFonts w:ascii="Roboto" w:hAnsi="Roboto"/>
        </w:rPr>
      </w:pPr>
      <w:r w:rsidRPr="00476E7B">
        <w:rPr>
          <w:rFonts w:ascii="Roboto" w:hAnsi="Roboto"/>
        </w:rPr>
        <w:t>What role does your function play in supporting the company’s Vision and Mission?</w:t>
      </w:r>
    </w:p>
    <w:p w14:paraId="36B6DB20" w14:textId="77777777" w:rsidR="005F49B5" w:rsidRPr="00476E7B" w:rsidRDefault="005F49B5" w:rsidP="00476E7B">
      <w:pPr>
        <w:spacing w:line="276" w:lineRule="auto"/>
        <w:rPr>
          <w:rFonts w:ascii="Roboto" w:hAnsi="Roboto"/>
        </w:rPr>
      </w:pPr>
    </w:p>
    <w:p w14:paraId="7BC1B07D" w14:textId="34D34ED2"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3F40D25F" w14:textId="77777777" w:rsidR="005F49B5" w:rsidRPr="00476E7B" w:rsidRDefault="005F49B5" w:rsidP="00476E7B">
      <w:pPr>
        <w:spacing w:line="276" w:lineRule="auto"/>
        <w:rPr>
          <w:rFonts w:ascii="Roboto" w:hAnsi="Roboto"/>
        </w:rPr>
      </w:pPr>
    </w:p>
    <w:p w14:paraId="509C96A2" w14:textId="5F579D77" w:rsidR="005F49B5" w:rsidRPr="00476E7B" w:rsidRDefault="005F49B5" w:rsidP="00476E7B">
      <w:pPr>
        <w:spacing w:line="276" w:lineRule="auto"/>
        <w:rPr>
          <w:rFonts w:ascii="Roboto" w:hAnsi="Roboto"/>
        </w:rPr>
      </w:pPr>
      <w:r w:rsidRPr="00476E7B">
        <w:rPr>
          <w:rFonts w:ascii="Roboto" w:hAnsi="Roboto"/>
        </w:rPr>
        <w:t>Which teams or systems depend on your work?</w:t>
      </w:r>
    </w:p>
    <w:p w14:paraId="656B458A" w14:textId="77777777" w:rsidR="005F49B5" w:rsidRPr="00476E7B" w:rsidRDefault="005F49B5" w:rsidP="00476E7B">
      <w:pPr>
        <w:spacing w:line="276" w:lineRule="auto"/>
        <w:rPr>
          <w:rFonts w:ascii="Roboto" w:hAnsi="Roboto"/>
        </w:rPr>
      </w:pPr>
    </w:p>
    <w:p w14:paraId="224B9BFF" w14:textId="2591B9F6"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77CC5041" w14:textId="77777777" w:rsidR="005F49B5" w:rsidRPr="00476E7B" w:rsidRDefault="005F49B5" w:rsidP="00476E7B">
      <w:pPr>
        <w:spacing w:line="276" w:lineRule="auto"/>
        <w:rPr>
          <w:rFonts w:ascii="Roboto" w:hAnsi="Roboto"/>
        </w:rPr>
      </w:pPr>
    </w:p>
    <w:p w14:paraId="49AC42A1" w14:textId="6297E22A" w:rsidR="005F49B5" w:rsidRPr="00476E7B" w:rsidRDefault="005F49B5" w:rsidP="00476E7B">
      <w:pPr>
        <w:spacing w:line="276" w:lineRule="auto"/>
        <w:rPr>
          <w:rFonts w:ascii="Roboto" w:hAnsi="Roboto"/>
        </w:rPr>
      </w:pPr>
      <w:r w:rsidRPr="00476E7B">
        <w:rPr>
          <w:rFonts w:ascii="Roboto" w:hAnsi="Roboto"/>
        </w:rPr>
        <w:t>Are there challenges or gaps your function could help solve?</w:t>
      </w:r>
    </w:p>
    <w:p w14:paraId="5FCBB954" w14:textId="77777777" w:rsidR="005F49B5" w:rsidRPr="00476E7B" w:rsidRDefault="005F49B5" w:rsidP="00476E7B">
      <w:pPr>
        <w:spacing w:line="276" w:lineRule="auto"/>
        <w:rPr>
          <w:rFonts w:ascii="Roboto" w:hAnsi="Roboto"/>
        </w:rPr>
      </w:pPr>
    </w:p>
    <w:p w14:paraId="7084EEC8" w14:textId="737AAD8F"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36C955C2" w14:textId="77777777" w:rsidR="005F49B5" w:rsidRPr="00476E7B" w:rsidRDefault="005F49B5" w:rsidP="00476E7B">
      <w:pPr>
        <w:pStyle w:val="Heading1"/>
        <w:spacing w:line="276" w:lineRule="auto"/>
        <w:rPr>
          <w:rFonts w:ascii="Roboto" w:hAnsi="Roboto"/>
        </w:rPr>
      </w:pPr>
      <w:bookmarkStart w:id="13" w:name="_Toc193737842"/>
      <w:r w:rsidRPr="00476E7B">
        <w:rPr>
          <w:rFonts w:ascii="Roboto" w:hAnsi="Roboto"/>
        </w:rPr>
        <w:lastRenderedPageBreak/>
        <w:t>3. Dream an Outcome</w:t>
      </w:r>
      <w:bookmarkEnd w:id="13"/>
    </w:p>
    <w:p w14:paraId="614D747C" w14:textId="77777777" w:rsidR="005F49B5" w:rsidRPr="00476E7B" w:rsidRDefault="005F49B5" w:rsidP="00476E7B">
      <w:pPr>
        <w:spacing w:line="276" w:lineRule="auto"/>
        <w:rPr>
          <w:rFonts w:ascii="Roboto" w:hAnsi="Roboto"/>
        </w:rPr>
      </w:pPr>
    </w:p>
    <w:p w14:paraId="64EBCAEA" w14:textId="7C123378" w:rsidR="005F49B5" w:rsidRPr="00476E7B" w:rsidRDefault="005F49B5" w:rsidP="00476E7B">
      <w:pPr>
        <w:spacing w:line="276" w:lineRule="auto"/>
        <w:rPr>
          <w:rFonts w:ascii="Roboto" w:hAnsi="Roboto"/>
        </w:rPr>
      </w:pPr>
      <w:r w:rsidRPr="00476E7B">
        <w:rPr>
          <w:rFonts w:ascii="Roboto" w:hAnsi="Roboto"/>
        </w:rPr>
        <w:t>Imagine your work at its best — what would it look like?</w:t>
      </w:r>
    </w:p>
    <w:p w14:paraId="0272757F" w14:textId="77777777" w:rsidR="005F49B5" w:rsidRPr="00476E7B" w:rsidRDefault="005F49B5" w:rsidP="00476E7B">
      <w:pPr>
        <w:spacing w:line="276" w:lineRule="auto"/>
        <w:rPr>
          <w:rFonts w:ascii="Roboto" w:hAnsi="Roboto"/>
        </w:rPr>
      </w:pPr>
    </w:p>
    <w:p w14:paraId="44D4723C" w14:textId="0E0A65F3"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330E4C5F" w14:textId="77777777" w:rsidR="005F49B5" w:rsidRPr="00476E7B" w:rsidRDefault="005F49B5" w:rsidP="00476E7B">
      <w:pPr>
        <w:spacing w:line="276" w:lineRule="auto"/>
        <w:rPr>
          <w:rFonts w:ascii="Roboto" w:hAnsi="Roboto"/>
        </w:rPr>
      </w:pPr>
    </w:p>
    <w:p w14:paraId="252F51F9" w14:textId="1DDC9A0B" w:rsidR="005F49B5" w:rsidRPr="00476E7B" w:rsidRDefault="005F49B5" w:rsidP="00476E7B">
      <w:pPr>
        <w:spacing w:line="276" w:lineRule="auto"/>
        <w:rPr>
          <w:rFonts w:ascii="Roboto" w:hAnsi="Roboto"/>
        </w:rPr>
      </w:pPr>
      <w:r w:rsidRPr="00476E7B">
        <w:rPr>
          <w:rFonts w:ascii="Roboto" w:hAnsi="Roboto"/>
        </w:rPr>
        <w:t>How could this positively transform your career or team?</w:t>
      </w:r>
    </w:p>
    <w:p w14:paraId="1E64D8C4" w14:textId="77777777" w:rsidR="005F49B5" w:rsidRPr="00476E7B" w:rsidRDefault="005F49B5" w:rsidP="00476E7B">
      <w:pPr>
        <w:spacing w:line="276" w:lineRule="auto"/>
        <w:rPr>
          <w:rFonts w:ascii="Roboto" w:hAnsi="Roboto"/>
        </w:rPr>
      </w:pPr>
    </w:p>
    <w:p w14:paraId="23687FB2" w14:textId="48361090"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18462A3C" w14:textId="77777777" w:rsidR="005F49B5" w:rsidRPr="00476E7B" w:rsidRDefault="005F49B5" w:rsidP="00476E7B">
      <w:pPr>
        <w:spacing w:line="276" w:lineRule="auto"/>
        <w:rPr>
          <w:rFonts w:ascii="Roboto" w:hAnsi="Roboto"/>
        </w:rPr>
      </w:pPr>
    </w:p>
    <w:p w14:paraId="7AF79904" w14:textId="56CF03E8" w:rsidR="005F49B5" w:rsidRPr="00476E7B" w:rsidRDefault="005F49B5" w:rsidP="00476E7B">
      <w:pPr>
        <w:spacing w:line="276" w:lineRule="auto"/>
        <w:rPr>
          <w:rFonts w:ascii="Roboto" w:hAnsi="Roboto"/>
        </w:rPr>
      </w:pPr>
      <w:r w:rsidRPr="00476E7B">
        <w:rPr>
          <w:rFonts w:ascii="Roboto" w:hAnsi="Roboto"/>
        </w:rPr>
        <w:t>What would this vision mean for your work-life balance or personal satisfaction?</w:t>
      </w:r>
    </w:p>
    <w:p w14:paraId="5ED5B964" w14:textId="77777777" w:rsidR="005F49B5" w:rsidRPr="00476E7B" w:rsidRDefault="005F49B5" w:rsidP="00476E7B">
      <w:pPr>
        <w:spacing w:line="276" w:lineRule="auto"/>
        <w:rPr>
          <w:rFonts w:ascii="Roboto" w:hAnsi="Roboto"/>
        </w:rPr>
      </w:pPr>
    </w:p>
    <w:p w14:paraId="07B627FE" w14:textId="479C9722"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7228E05C" w14:textId="77777777" w:rsidR="005F49B5" w:rsidRPr="00476E7B" w:rsidRDefault="005F49B5" w:rsidP="00476E7B">
      <w:pPr>
        <w:pStyle w:val="Heading1"/>
        <w:spacing w:line="276" w:lineRule="auto"/>
        <w:rPr>
          <w:rFonts w:ascii="Roboto" w:hAnsi="Roboto"/>
        </w:rPr>
      </w:pPr>
      <w:bookmarkStart w:id="14" w:name="_Toc193737843"/>
      <w:r w:rsidRPr="00476E7B">
        <w:rPr>
          <w:rFonts w:ascii="Roboto" w:hAnsi="Roboto"/>
        </w:rPr>
        <w:t>4. Reflect. Imagine. Connect.</w:t>
      </w:r>
      <w:bookmarkEnd w:id="14"/>
    </w:p>
    <w:p w14:paraId="26EC0585" w14:textId="77777777" w:rsidR="005F49B5" w:rsidRPr="00476E7B" w:rsidRDefault="005F49B5" w:rsidP="00476E7B">
      <w:pPr>
        <w:pBdr>
          <w:bottom w:val="single" w:sz="12" w:space="1" w:color="auto"/>
        </w:pBdr>
        <w:spacing w:line="276" w:lineRule="auto"/>
        <w:rPr>
          <w:rFonts w:ascii="Roboto" w:hAnsi="Roboto"/>
        </w:rPr>
      </w:pPr>
    </w:p>
    <w:p w14:paraId="25342641" w14:textId="16A73013" w:rsidR="005F49B5" w:rsidRPr="00476E7B" w:rsidRDefault="005F49B5" w:rsidP="00476E7B">
      <w:pPr>
        <w:pBdr>
          <w:bottom w:val="single" w:sz="12" w:space="1" w:color="auto"/>
        </w:pBdr>
        <w:spacing w:line="276" w:lineRule="auto"/>
        <w:rPr>
          <w:rFonts w:ascii="Roboto" w:hAnsi="Roboto"/>
        </w:rPr>
      </w:pPr>
      <w:r w:rsidRPr="00476E7B">
        <w:rPr>
          <w:rFonts w:ascii="Roboto" w:hAnsi="Roboto"/>
        </w:rPr>
        <w:t>How does your 'I Wish I Could' idea support the company’s growth or purpose?</w:t>
      </w:r>
    </w:p>
    <w:p w14:paraId="103E9AA8" w14:textId="77777777" w:rsidR="005F49B5" w:rsidRPr="00476E7B" w:rsidRDefault="005F49B5" w:rsidP="00476E7B">
      <w:pPr>
        <w:pBdr>
          <w:bottom w:val="single" w:sz="12" w:space="1" w:color="auto"/>
        </w:pBdr>
        <w:spacing w:line="276" w:lineRule="auto"/>
        <w:rPr>
          <w:rFonts w:ascii="Roboto" w:hAnsi="Roboto"/>
        </w:rPr>
      </w:pPr>
    </w:p>
    <w:p w14:paraId="78209E32" w14:textId="77777777" w:rsidR="005F49B5" w:rsidRPr="00476E7B" w:rsidRDefault="005F49B5" w:rsidP="00476E7B">
      <w:pPr>
        <w:spacing w:line="276" w:lineRule="auto"/>
        <w:rPr>
          <w:rFonts w:ascii="Roboto" w:hAnsi="Roboto"/>
        </w:rPr>
      </w:pPr>
    </w:p>
    <w:p w14:paraId="5A897E29" w14:textId="1661D010" w:rsidR="005F49B5" w:rsidRPr="00476E7B" w:rsidRDefault="005F49B5" w:rsidP="00476E7B">
      <w:pPr>
        <w:spacing w:line="276" w:lineRule="auto"/>
        <w:rPr>
          <w:rFonts w:ascii="Roboto" w:hAnsi="Roboto"/>
        </w:rPr>
      </w:pPr>
      <w:r w:rsidRPr="00476E7B">
        <w:rPr>
          <w:rFonts w:ascii="Roboto" w:hAnsi="Roboto"/>
        </w:rPr>
        <w:t>What is one small step you could take toward this vision?</w:t>
      </w:r>
    </w:p>
    <w:p w14:paraId="4177BEDE" w14:textId="77777777" w:rsidR="005F49B5" w:rsidRPr="00476E7B" w:rsidRDefault="005F49B5" w:rsidP="00476E7B">
      <w:pPr>
        <w:spacing w:line="276" w:lineRule="auto"/>
        <w:rPr>
          <w:rFonts w:ascii="Roboto" w:hAnsi="Roboto"/>
        </w:rPr>
      </w:pPr>
    </w:p>
    <w:p w14:paraId="67B9C661" w14:textId="29E2284F"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4F9D9471" w14:textId="77777777" w:rsidR="005F49B5" w:rsidRPr="00476E7B" w:rsidRDefault="005F49B5" w:rsidP="00476E7B">
      <w:pPr>
        <w:spacing w:line="276" w:lineRule="auto"/>
        <w:rPr>
          <w:rFonts w:ascii="Roboto" w:hAnsi="Roboto"/>
        </w:rPr>
      </w:pPr>
    </w:p>
    <w:p w14:paraId="5CFC6F1F" w14:textId="6B549461" w:rsidR="005F49B5" w:rsidRPr="00476E7B" w:rsidRDefault="005F49B5" w:rsidP="00476E7B">
      <w:pPr>
        <w:spacing w:line="276" w:lineRule="auto"/>
        <w:rPr>
          <w:rFonts w:ascii="Roboto" w:hAnsi="Roboto"/>
        </w:rPr>
      </w:pPr>
      <w:r w:rsidRPr="00476E7B">
        <w:rPr>
          <w:rFonts w:ascii="Roboto" w:hAnsi="Roboto"/>
        </w:rPr>
        <w:t>What support, tools, or conversations would help bring it to life?</w:t>
      </w:r>
    </w:p>
    <w:p w14:paraId="26CD4B92" w14:textId="77777777" w:rsidR="005F49B5" w:rsidRPr="00476E7B" w:rsidRDefault="005F49B5" w:rsidP="00476E7B">
      <w:pPr>
        <w:spacing w:line="276" w:lineRule="auto"/>
        <w:rPr>
          <w:rFonts w:ascii="Roboto" w:hAnsi="Roboto"/>
        </w:rPr>
      </w:pPr>
    </w:p>
    <w:p w14:paraId="5B3FEA14" w14:textId="2CD8DD1B" w:rsidR="005F49B5" w:rsidRPr="00476E7B" w:rsidRDefault="005F49B5" w:rsidP="00476E7B">
      <w:pPr>
        <w:spacing w:line="276" w:lineRule="auto"/>
        <w:rPr>
          <w:rFonts w:ascii="Roboto" w:hAnsi="Roboto"/>
        </w:rPr>
      </w:pPr>
      <w:r w:rsidRPr="00476E7B">
        <w:rPr>
          <w:rFonts w:ascii="Roboto" w:hAnsi="Roboto"/>
        </w:rPr>
        <w:t>________________________________________________________________________</w:t>
      </w:r>
    </w:p>
    <w:p w14:paraId="3E03D7BC" w14:textId="77777777" w:rsidR="005F49B5" w:rsidRPr="00476E7B" w:rsidRDefault="005F49B5" w:rsidP="00476E7B">
      <w:pPr>
        <w:spacing w:line="276" w:lineRule="auto"/>
        <w:rPr>
          <w:rFonts w:ascii="Roboto" w:hAnsi="Roboto"/>
        </w:rPr>
      </w:pPr>
    </w:p>
    <w:p w14:paraId="60C66E63" w14:textId="03F09DE3" w:rsidR="00BA1707" w:rsidRPr="00476E7B" w:rsidRDefault="00BA1707" w:rsidP="00476E7B">
      <w:pPr>
        <w:spacing w:line="276" w:lineRule="auto"/>
        <w:rPr>
          <w:rFonts w:ascii="Roboto" w:hAnsi="Roboto"/>
          <w:noProof/>
        </w:rPr>
      </w:pPr>
      <w:r w:rsidRPr="00476E7B">
        <w:rPr>
          <w:rFonts w:ascii="Roboto" w:hAnsi="Roboto"/>
        </w:rPr>
        <w:br w:type="page"/>
      </w:r>
    </w:p>
    <w:p w14:paraId="5CD1F494" w14:textId="77777777" w:rsidR="006952D7" w:rsidRPr="00476E7B" w:rsidRDefault="006952D7" w:rsidP="00476E7B">
      <w:pPr>
        <w:spacing w:line="276" w:lineRule="auto"/>
        <w:rPr>
          <w:rFonts w:ascii="Roboto" w:hAnsi="Roboto"/>
          <w:sz w:val="36"/>
          <w:szCs w:val="36"/>
        </w:rPr>
      </w:pPr>
      <w:r w:rsidRPr="00476E7B">
        <w:rPr>
          <w:rFonts w:ascii="Roboto" w:hAnsi="Roboto"/>
          <w:noProof/>
        </w:rPr>
        <w:lastRenderedPageBreak/>
        <w:drawing>
          <wp:inline distT="0" distB="0" distL="0" distR="0" wp14:anchorId="065F0D99" wp14:editId="21B26987">
            <wp:extent cx="2160000" cy="2160000"/>
            <wp:effectExtent l="0" t="0" r="0" b="0"/>
            <wp:docPr id="37" name="Picture 37" descr="A computer graphics of tools an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omputer graphics of tools and objects&#10;&#10;Description automatically generated with medium confidence"/>
                    <pic:cNvPicPr/>
                  </pic:nvPicPr>
                  <pic:blipFill>
                    <a:blip r:embed="rId11"/>
                    <a:stretch>
                      <a:fillRect/>
                    </a:stretch>
                  </pic:blipFill>
                  <pic:spPr>
                    <a:xfrm>
                      <a:off x="0" y="0"/>
                      <a:ext cx="2160000" cy="2160000"/>
                    </a:xfrm>
                    <a:prstGeom prst="rect">
                      <a:avLst/>
                    </a:prstGeom>
                  </pic:spPr>
                </pic:pic>
              </a:graphicData>
            </a:graphic>
          </wp:inline>
        </w:drawing>
      </w:r>
    </w:p>
    <w:p w14:paraId="18686509" w14:textId="77777777" w:rsidR="006952D7" w:rsidRPr="00476E7B" w:rsidRDefault="006952D7" w:rsidP="00476E7B">
      <w:pPr>
        <w:spacing w:before="100" w:beforeAutospacing="1" w:after="100" w:afterAutospacing="1" w:line="276" w:lineRule="auto"/>
        <w:outlineLvl w:val="1"/>
        <w:rPr>
          <w:rFonts w:ascii="Roboto" w:hAnsi="Roboto"/>
          <w:b/>
          <w:bCs/>
          <w:sz w:val="36"/>
          <w:szCs w:val="36"/>
        </w:rPr>
      </w:pPr>
    </w:p>
    <w:p w14:paraId="1B01D85A" w14:textId="11C77343" w:rsidR="00BE0D7D" w:rsidRPr="00476E7B" w:rsidRDefault="00BE0D7D" w:rsidP="00476E7B">
      <w:pPr>
        <w:spacing w:before="100" w:beforeAutospacing="1" w:after="100" w:afterAutospacing="1" w:line="276" w:lineRule="auto"/>
        <w:outlineLvl w:val="1"/>
        <w:rPr>
          <w:rFonts w:ascii="Roboto" w:hAnsi="Roboto"/>
          <w:b/>
          <w:bCs/>
          <w:sz w:val="36"/>
          <w:szCs w:val="36"/>
        </w:rPr>
      </w:pPr>
      <w:bookmarkStart w:id="15" w:name="_Toc193737844"/>
      <w:r w:rsidRPr="00476E7B">
        <w:rPr>
          <w:rFonts w:ascii="Roboto" w:hAnsi="Roboto"/>
          <w:b/>
          <w:bCs/>
          <w:sz w:val="36"/>
          <w:szCs w:val="36"/>
        </w:rPr>
        <w:t>Framework</w:t>
      </w:r>
      <w:r w:rsidR="0006136E" w:rsidRPr="00476E7B">
        <w:rPr>
          <w:rFonts w:ascii="Roboto" w:hAnsi="Roboto"/>
          <w:b/>
          <w:bCs/>
          <w:sz w:val="36"/>
          <w:szCs w:val="36"/>
        </w:rPr>
        <w:t>s</w:t>
      </w:r>
      <w:r w:rsidRPr="00476E7B">
        <w:rPr>
          <w:rFonts w:ascii="Roboto" w:hAnsi="Roboto"/>
          <w:b/>
          <w:bCs/>
          <w:sz w:val="36"/>
          <w:szCs w:val="36"/>
        </w:rPr>
        <w:t>:</w:t>
      </w:r>
      <w:bookmarkEnd w:id="15"/>
      <w:r w:rsidRPr="00476E7B">
        <w:rPr>
          <w:rFonts w:ascii="Roboto" w:hAnsi="Roboto"/>
          <w:b/>
          <w:bCs/>
          <w:sz w:val="36"/>
          <w:szCs w:val="36"/>
        </w:rPr>
        <w:t xml:space="preserve"> </w:t>
      </w:r>
    </w:p>
    <w:p w14:paraId="5F85CF8B" w14:textId="77777777" w:rsidR="003B695D" w:rsidRPr="00476E7B" w:rsidRDefault="006952D7" w:rsidP="00476E7B">
      <w:pPr>
        <w:spacing w:after="200" w:line="276" w:lineRule="auto"/>
        <w:rPr>
          <w:rFonts w:ascii="Roboto" w:hAnsi="Roboto"/>
          <w:b/>
          <w:bCs/>
          <w:sz w:val="27"/>
          <w:szCs w:val="27"/>
        </w:rPr>
      </w:pPr>
      <w:r w:rsidRPr="00476E7B">
        <w:rPr>
          <w:rFonts w:ascii="Roboto" w:hAnsi="Roboto"/>
          <w:b/>
          <w:bCs/>
          <w:sz w:val="27"/>
          <w:szCs w:val="27"/>
        </w:rPr>
        <w:t>The following framework can be used in supporting your plan development.</w:t>
      </w:r>
    </w:p>
    <w:p w14:paraId="33E69111" w14:textId="77777777" w:rsidR="003B695D" w:rsidRPr="00476E7B" w:rsidRDefault="003B695D" w:rsidP="00476E7B">
      <w:pPr>
        <w:spacing w:after="200" w:line="276" w:lineRule="auto"/>
        <w:rPr>
          <w:rFonts w:ascii="Roboto" w:hAnsi="Roboto"/>
          <w:b/>
          <w:bCs/>
          <w:sz w:val="27"/>
          <w:szCs w:val="27"/>
        </w:rPr>
      </w:pPr>
    </w:p>
    <w:p w14:paraId="2F5807A1" w14:textId="77777777" w:rsidR="003B695D" w:rsidRPr="00476E7B" w:rsidRDefault="003B695D" w:rsidP="00476E7B">
      <w:pPr>
        <w:pStyle w:val="Title"/>
        <w:spacing w:line="276" w:lineRule="auto"/>
        <w:rPr>
          <w:rFonts w:ascii="Roboto" w:hAnsi="Roboto"/>
        </w:rPr>
      </w:pPr>
      <w:r w:rsidRPr="00476E7B">
        <w:rPr>
          <w:rFonts w:ascii="Roboto" w:hAnsi="Roboto"/>
        </w:rPr>
        <w:t>Creative Vision-to-Action Framework</w:t>
      </w:r>
    </w:p>
    <w:p w14:paraId="5F2965C8" w14:textId="77777777" w:rsidR="003B695D" w:rsidRPr="00476E7B" w:rsidRDefault="003B695D" w:rsidP="00476E7B">
      <w:pPr>
        <w:spacing w:line="276" w:lineRule="auto"/>
        <w:rPr>
          <w:rFonts w:ascii="Roboto" w:hAnsi="Roboto"/>
        </w:rPr>
      </w:pPr>
      <w:r w:rsidRPr="00476E7B">
        <w:rPr>
          <w:rFonts w:ascii="Roboto" w:hAnsi="Roboto"/>
        </w:rPr>
        <w:t>This framework guides participants through a structured yet imaginative journey — from personal insight to actionable, aligned innovation. Each stage builds clarity, connection, and collaboration.</w:t>
      </w:r>
    </w:p>
    <w:p w14:paraId="52328FA2" w14:textId="77777777" w:rsidR="003B695D" w:rsidRPr="00476E7B" w:rsidRDefault="003B695D" w:rsidP="00476E7B">
      <w:pPr>
        <w:pStyle w:val="Heading1"/>
        <w:spacing w:line="276" w:lineRule="auto"/>
        <w:rPr>
          <w:rFonts w:ascii="Roboto" w:hAnsi="Roboto"/>
        </w:rPr>
      </w:pPr>
      <w:bookmarkStart w:id="16" w:name="_Toc193737845"/>
      <w:r w:rsidRPr="00476E7B">
        <w:rPr>
          <w:rFonts w:ascii="Roboto" w:hAnsi="Roboto"/>
        </w:rPr>
        <w:t>1. TRUTHS: Two Truths and a Wish</w:t>
      </w:r>
      <w:bookmarkEnd w:id="16"/>
    </w:p>
    <w:p w14:paraId="78BD1BDB" w14:textId="77777777" w:rsidR="003B695D" w:rsidRPr="00476E7B" w:rsidRDefault="003B695D" w:rsidP="00476E7B">
      <w:pPr>
        <w:spacing w:line="276" w:lineRule="auto"/>
        <w:rPr>
          <w:rFonts w:ascii="Roboto" w:hAnsi="Roboto"/>
        </w:rPr>
      </w:pPr>
      <w:r w:rsidRPr="00476E7B">
        <w:rPr>
          <w:rFonts w:ascii="Roboto" w:hAnsi="Roboto"/>
        </w:rPr>
        <w:t>Purpose: Unlock honest self-reflection and imagination.</w:t>
      </w:r>
      <w:r w:rsidRPr="00476E7B">
        <w:rPr>
          <w:rFonts w:ascii="Roboto" w:hAnsi="Roboto"/>
        </w:rPr>
        <w:br/>
        <w:t>Instructions:</w:t>
      </w:r>
      <w:r w:rsidRPr="00476E7B">
        <w:rPr>
          <w:rFonts w:ascii="Roboto" w:hAnsi="Roboto"/>
        </w:rPr>
        <w:br/>
        <w:t>• Write down two things you know are currently true about your role or team.</w:t>
      </w:r>
      <w:r w:rsidRPr="00476E7B">
        <w:rPr>
          <w:rFonts w:ascii="Roboto" w:hAnsi="Roboto"/>
        </w:rPr>
        <w:br/>
        <w:t>• Then, write one wish – a hopeful possibility you'd love to see happen.</w:t>
      </w:r>
      <w:r w:rsidRPr="00476E7B">
        <w:rPr>
          <w:rFonts w:ascii="Roboto" w:hAnsi="Roboto"/>
        </w:rPr>
        <w:br/>
        <w:t>Example:</w:t>
      </w:r>
      <w:r w:rsidRPr="00476E7B">
        <w:rPr>
          <w:rFonts w:ascii="Roboto" w:hAnsi="Roboto"/>
        </w:rPr>
        <w:br/>
        <w:t>- Truth: We always meet our deadlines.</w:t>
      </w:r>
      <w:r w:rsidRPr="00476E7B">
        <w:rPr>
          <w:rFonts w:ascii="Roboto" w:hAnsi="Roboto"/>
        </w:rPr>
        <w:br/>
        <w:t>- Truth: Our meetings often feel unproductive.</w:t>
      </w:r>
      <w:r w:rsidRPr="00476E7B">
        <w:rPr>
          <w:rFonts w:ascii="Roboto" w:hAnsi="Roboto"/>
        </w:rPr>
        <w:br/>
        <w:t>- Wish: I wish we had more creative space to solve problems together.</w:t>
      </w:r>
    </w:p>
    <w:p w14:paraId="09E290E1" w14:textId="77777777" w:rsidR="003B695D" w:rsidRPr="00476E7B" w:rsidRDefault="003B695D" w:rsidP="00476E7B">
      <w:pPr>
        <w:pStyle w:val="Heading1"/>
        <w:spacing w:line="276" w:lineRule="auto"/>
        <w:rPr>
          <w:rFonts w:ascii="Roboto" w:hAnsi="Roboto"/>
        </w:rPr>
      </w:pPr>
      <w:bookmarkStart w:id="17" w:name="_Toc193737846"/>
      <w:r w:rsidRPr="00476E7B">
        <w:rPr>
          <w:rFonts w:ascii="Roboto" w:hAnsi="Roboto"/>
        </w:rPr>
        <w:lastRenderedPageBreak/>
        <w:t>2. FUNCTIONAL ALIGNMENT: Personal and Functional Alignment</w:t>
      </w:r>
      <w:bookmarkEnd w:id="17"/>
    </w:p>
    <w:p w14:paraId="53DCC601" w14:textId="77777777" w:rsidR="003B695D" w:rsidRPr="00476E7B" w:rsidRDefault="003B695D" w:rsidP="00476E7B">
      <w:pPr>
        <w:spacing w:line="276" w:lineRule="auto"/>
        <w:rPr>
          <w:rFonts w:ascii="Roboto" w:hAnsi="Roboto"/>
        </w:rPr>
      </w:pPr>
      <w:r w:rsidRPr="00476E7B">
        <w:rPr>
          <w:rFonts w:ascii="Roboto" w:hAnsi="Roboto"/>
        </w:rPr>
        <w:t>Purpose: Ground aspirations in real responsibilities.</w:t>
      </w:r>
      <w:r w:rsidRPr="00476E7B">
        <w:rPr>
          <w:rFonts w:ascii="Roboto" w:hAnsi="Roboto"/>
        </w:rPr>
        <w:br/>
        <w:t>Instructions:</w:t>
      </w:r>
      <w:r w:rsidRPr="00476E7B">
        <w:rPr>
          <w:rFonts w:ascii="Roboto" w:hAnsi="Roboto"/>
        </w:rPr>
        <w:br/>
        <w:t>• Reflect on how your personal goals align with your functional responsibilities.</w:t>
      </w:r>
      <w:r w:rsidRPr="00476E7B">
        <w:rPr>
          <w:rFonts w:ascii="Roboto" w:hAnsi="Roboto"/>
        </w:rPr>
        <w:br/>
        <w:t>• Ask: How does my role support my team? How does it connect to our mission?</w:t>
      </w:r>
      <w:r w:rsidRPr="00476E7B">
        <w:rPr>
          <w:rFonts w:ascii="Roboto" w:hAnsi="Roboto"/>
        </w:rPr>
        <w:br/>
        <w:t>• Identify 1–2 key alignment points and 1 possible misalignment to explore.</w:t>
      </w:r>
    </w:p>
    <w:p w14:paraId="57A4EC07" w14:textId="77777777" w:rsidR="003B695D" w:rsidRPr="00476E7B" w:rsidRDefault="003B695D" w:rsidP="00476E7B">
      <w:pPr>
        <w:pStyle w:val="Heading1"/>
        <w:spacing w:line="276" w:lineRule="auto"/>
        <w:rPr>
          <w:rFonts w:ascii="Roboto" w:hAnsi="Roboto"/>
        </w:rPr>
      </w:pPr>
      <w:bookmarkStart w:id="18" w:name="_Toc193737847"/>
      <w:r w:rsidRPr="00476E7B">
        <w:rPr>
          <w:rFonts w:ascii="Roboto" w:hAnsi="Roboto"/>
        </w:rPr>
        <w:t>3. I WISH I COULD: Brainstorming Bold Aspirations</w:t>
      </w:r>
      <w:bookmarkEnd w:id="18"/>
    </w:p>
    <w:p w14:paraId="6CFFB64F" w14:textId="77777777" w:rsidR="003B695D" w:rsidRPr="00476E7B" w:rsidRDefault="003B695D" w:rsidP="00476E7B">
      <w:pPr>
        <w:spacing w:line="276" w:lineRule="auto"/>
        <w:rPr>
          <w:rFonts w:ascii="Roboto" w:hAnsi="Roboto"/>
        </w:rPr>
      </w:pPr>
      <w:r w:rsidRPr="00476E7B">
        <w:rPr>
          <w:rFonts w:ascii="Roboto" w:hAnsi="Roboto"/>
        </w:rPr>
        <w:t>Purpose: Unlock creative ambition with strategic intent.</w:t>
      </w:r>
      <w:r w:rsidRPr="00476E7B">
        <w:rPr>
          <w:rFonts w:ascii="Roboto" w:hAnsi="Roboto"/>
        </w:rPr>
        <w:br/>
        <w:t>Instructions:</w:t>
      </w:r>
      <w:r w:rsidRPr="00476E7B">
        <w:rPr>
          <w:rFonts w:ascii="Roboto" w:hAnsi="Roboto"/>
        </w:rPr>
        <w:br/>
        <w:t>• Complete the phrase 'I Wish I Could…' at least 3 times.</w:t>
      </w:r>
      <w:r w:rsidRPr="00476E7B">
        <w:rPr>
          <w:rFonts w:ascii="Roboto" w:hAnsi="Roboto"/>
        </w:rPr>
        <w:br/>
        <w:t>• Don’t hold back – dream big, practical or not.</w:t>
      </w:r>
      <w:r w:rsidRPr="00476E7B">
        <w:rPr>
          <w:rFonts w:ascii="Roboto" w:hAnsi="Roboto"/>
        </w:rPr>
        <w:br/>
        <w:t>• Then, choose the wish that resonates most and outline how it could improve your work, your team, or the company.</w:t>
      </w:r>
    </w:p>
    <w:p w14:paraId="2901F8E0" w14:textId="77777777" w:rsidR="003B695D" w:rsidRPr="00476E7B" w:rsidRDefault="003B695D" w:rsidP="00476E7B">
      <w:pPr>
        <w:pStyle w:val="Heading1"/>
        <w:spacing w:line="276" w:lineRule="auto"/>
        <w:rPr>
          <w:rFonts w:ascii="Roboto" w:hAnsi="Roboto"/>
        </w:rPr>
      </w:pPr>
      <w:bookmarkStart w:id="19" w:name="_Toc193737848"/>
      <w:r w:rsidRPr="00476E7B">
        <w:rPr>
          <w:rFonts w:ascii="Roboto" w:hAnsi="Roboto"/>
        </w:rPr>
        <w:t>4. IDEAS ALIGNMENT: Idea Alignment and Selection</w:t>
      </w:r>
      <w:bookmarkEnd w:id="19"/>
    </w:p>
    <w:p w14:paraId="4BB56CBC" w14:textId="77777777" w:rsidR="003B695D" w:rsidRPr="00476E7B" w:rsidRDefault="003B695D" w:rsidP="00476E7B">
      <w:pPr>
        <w:spacing w:line="276" w:lineRule="auto"/>
        <w:rPr>
          <w:rFonts w:ascii="Roboto" w:hAnsi="Roboto"/>
        </w:rPr>
      </w:pPr>
      <w:r w:rsidRPr="00476E7B">
        <w:rPr>
          <w:rFonts w:ascii="Roboto" w:hAnsi="Roboto"/>
        </w:rPr>
        <w:t>Purpose: Move from brainstorming to viable concepts.</w:t>
      </w:r>
      <w:r w:rsidRPr="00476E7B">
        <w:rPr>
          <w:rFonts w:ascii="Roboto" w:hAnsi="Roboto"/>
        </w:rPr>
        <w:br/>
        <w:t>Instructions:</w:t>
      </w:r>
      <w:r w:rsidRPr="00476E7B">
        <w:rPr>
          <w:rFonts w:ascii="Roboto" w:hAnsi="Roboto"/>
        </w:rPr>
        <w:br/>
        <w:t>• Compare your top wish/idea with company goals, values, or priorities.</w:t>
      </w:r>
      <w:r w:rsidRPr="00476E7B">
        <w:rPr>
          <w:rFonts w:ascii="Roboto" w:hAnsi="Roboto"/>
        </w:rPr>
        <w:br/>
        <w:t>• Use a simple fit test: Does this idea support our mission? Is it feasible? Who benefits?</w:t>
      </w:r>
      <w:r w:rsidRPr="00476E7B">
        <w:rPr>
          <w:rFonts w:ascii="Roboto" w:hAnsi="Roboto"/>
        </w:rPr>
        <w:br/>
        <w:t>• Select the top 1–2 ideas to take forward for refinement.</w:t>
      </w:r>
    </w:p>
    <w:p w14:paraId="0A194D74" w14:textId="77777777" w:rsidR="003B695D" w:rsidRPr="00476E7B" w:rsidRDefault="003B695D" w:rsidP="00476E7B">
      <w:pPr>
        <w:pStyle w:val="Heading1"/>
        <w:spacing w:line="276" w:lineRule="auto"/>
        <w:rPr>
          <w:rFonts w:ascii="Roboto" w:hAnsi="Roboto"/>
        </w:rPr>
      </w:pPr>
      <w:bookmarkStart w:id="20" w:name="_Toc193737849"/>
      <w:r w:rsidRPr="00476E7B">
        <w:rPr>
          <w:rFonts w:ascii="Roboto" w:hAnsi="Roboto"/>
        </w:rPr>
        <w:t>5. REFINE IDEAS: Present, Feedback, Refine</w:t>
      </w:r>
      <w:bookmarkEnd w:id="20"/>
    </w:p>
    <w:p w14:paraId="07BD16DD" w14:textId="77777777" w:rsidR="003B695D" w:rsidRPr="00476E7B" w:rsidRDefault="003B695D" w:rsidP="00476E7B">
      <w:pPr>
        <w:spacing w:line="276" w:lineRule="auto"/>
        <w:rPr>
          <w:rFonts w:ascii="Roboto" w:hAnsi="Roboto"/>
        </w:rPr>
      </w:pPr>
      <w:r w:rsidRPr="00476E7B">
        <w:rPr>
          <w:rFonts w:ascii="Roboto" w:hAnsi="Roboto"/>
        </w:rPr>
        <w:t>Purpose: Improve ideas through collaboration.</w:t>
      </w:r>
      <w:r w:rsidRPr="00476E7B">
        <w:rPr>
          <w:rFonts w:ascii="Roboto" w:hAnsi="Roboto"/>
        </w:rPr>
        <w:br/>
        <w:t>Instructions:</w:t>
      </w:r>
      <w:r w:rsidRPr="00476E7B">
        <w:rPr>
          <w:rFonts w:ascii="Roboto" w:hAnsi="Roboto"/>
        </w:rPr>
        <w:br/>
        <w:t>• Present your idea(s) to a small group.</w:t>
      </w:r>
      <w:r w:rsidRPr="00476E7B">
        <w:rPr>
          <w:rFonts w:ascii="Roboto" w:hAnsi="Roboto"/>
        </w:rPr>
        <w:br/>
        <w:t>• Invite open, constructive feedback.</w:t>
      </w:r>
      <w:r w:rsidRPr="00476E7B">
        <w:rPr>
          <w:rFonts w:ascii="Roboto" w:hAnsi="Roboto"/>
        </w:rPr>
        <w:br/>
        <w:t>• Record suggestions and refine your idea to increase clarity, feasibility, and impact.</w:t>
      </w:r>
      <w:r w:rsidRPr="00476E7B">
        <w:rPr>
          <w:rFonts w:ascii="Roboto" w:hAnsi="Roboto"/>
        </w:rPr>
        <w:br/>
        <w:t>• Finalise your concept in a short paragraph or sketch.</w:t>
      </w:r>
    </w:p>
    <w:p w14:paraId="1CD916F5" w14:textId="0786517C" w:rsidR="006952D7" w:rsidRPr="00476E7B" w:rsidRDefault="006952D7" w:rsidP="00476E7B">
      <w:pPr>
        <w:spacing w:after="200" w:line="276" w:lineRule="auto"/>
        <w:rPr>
          <w:rFonts w:ascii="Roboto" w:hAnsi="Roboto"/>
          <w:b/>
          <w:bCs/>
          <w:sz w:val="27"/>
          <w:szCs w:val="27"/>
        </w:rPr>
      </w:pPr>
    </w:p>
    <w:p w14:paraId="46F0B107" w14:textId="1AC42F1D" w:rsidR="003B695D" w:rsidRPr="00476E7B" w:rsidRDefault="003B695D" w:rsidP="00476E7B">
      <w:pPr>
        <w:spacing w:after="200" w:line="276" w:lineRule="auto"/>
        <w:rPr>
          <w:rFonts w:ascii="Roboto" w:hAnsi="Roboto"/>
          <w:b/>
          <w:bCs/>
          <w:sz w:val="27"/>
          <w:szCs w:val="27"/>
        </w:rPr>
      </w:pPr>
      <w:r w:rsidRPr="00476E7B">
        <w:rPr>
          <w:rFonts w:ascii="Roboto" w:hAnsi="Roboto"/>
          <w:b/>
          <w:bCs/>
          <w:sz w:val="27"/>
          <w:szCs w:val="27"/>
        </w:rPr>
        <w:br w:type="page"/>
      </w:r>
    </w:p>
    <w:p w14:paraId="6640AB0D" w14:textId="77777777" w:rsidR="003B695D" w:rsidRPr="00476E7B" w:rsidRDefault="003B695D" w:rsidP="00476E7B">
      <w:pPr>
        <w:pStyle w:val="Title"/>
        <w:spacing w:line="276" w:lineRule="auto"/>
        <w:rPr>
          <w:rFonts w:ascii="Roboto" w:hAnsi="Roboto"/>
        </w:rPr>
      </w:pPr>
      <w:r w:rsidRPr="00476E7B">
        <w:rPr>
          <w:rFonts w:ascii="Roboto" w:hAnsi="Roboto"/>
        </w:rPr>
        <w:lastRenderedPageBreak/>
        <w:t>Framework Table – Creative Vision-to-Action</w:t>
      </w:r>
    </w:p>
    <w:tbl>
      <w:tblPr>
        <w:tblStyle w:val="TableGrid"/>
        <w:tblW w:w="0" w:type="auto"/>
        <w:tblLook w:val="04A0" w:firstRow="1" w:lastRow="0" w:firstColumn="1" w:lastColumn="0" w:noHBand="0" w:noVBand="1"/>
      </w:tblPr>
      <w:tblGrid>
        <w:gridCol w:w="1980"/>
        <w:gridCol w:w="3969"/>
        <w:gridCol w:w="2681"/>
      </w:tblGrid>
      <w:tr w:rsidR="003B695D" w:rsidRPr="00476E7B" w14:paraId="1506E404" w14:textId="77777777" w:rsidTr="003B695D">
        <w:tc>
          <w:tcPr>
            <w:tcW w:w="1980" w:type="dxa"/>
          </w:tcPr>
          <w:p w14:paraId="59EEF0F5" w14:textId="77777777" w:rsidR="003B695D" w:rsidRPr="00476E7B" w:rsidRDefault="003B695D" w:rsidP="00476E7B">
            <w:pPr>
              <w:spacing w:line="276" w:lineRule="auto"/>
              <w:rPr>
                <w:rFonts w:ascii="Roboto" w:hAnsi="Roboto"/>
              </w:rPr>
            </w:pPr>
            <w:r w:rsidRPr="00476E7B">
              <w:rPr>
                <w:rFonts w:ascii="Roboto" w:hAnsi="Roboto"/>
              </w:rPr>
              <w:t>Framework Step</w:t>
            </w:r>
          </w:p>
        </w:tc>
        <w:tc>
          <w:tcPr>
            <w:tcW w:w="3969" w:type="dxa"/>
          </w:tcPr>
          <w:p w14:paraId="3E9EBBAC" w14:textId="77777777" w:rsidR="003B695D" w:rsidRPr="00476E7B" w:rsidRDefault="003B695D" w:rsidP="00476E7B">
            <w:pPr>
              <w:spacing w:line="276" w:lineRule="auto"/>
              <w:rPr>
                <w:rFonts w:ascii="Roboto" w:hAnsi="Roboto"/>
              </w:rPr>
            </w:pPr>
            <w:r w:rsidRPr="00476E7B">
              <w:rPr>
                <w:rFonts w:ascii="Roboto" w:hAnsi="Roboto"/>
              </w:rPr>
              <w:t>Activity Name</w:t>
            </w:r>
          </w:p>
        </w:tc>
        <w:tc>
          <w:tcPr>
            <w:tcW w:w="2681" w:type="dxa"/>
          </w:tcPr>
          <w:p w14:paraId="6A929910" w14:textId="77777777" w:rsidR="003B695D" w:rsidRPr="00476E7B" w:rsidRDefault="003B695D" w:rsidP="00476E7B">
            <w:pPr>
              <w:spacing w:line="276" w:lineRule="auto"/>
              <w:rPr>
                <w:rFonts w:ascii="Roboto" w:hAnsi="Roboto"/>
              </w:rPr>
            </w:pPr>
            <w:r w:rsidRPr="00476E7B">
              <w:rPr>
                <w:rFonts w:ascii="Roboto" w:hAnsi="Roboto"/>
              </w:rPr>
              <w:t>Purpose</w:t>
            </w:r>
          </w:p>
        </w:tc>
      </w:tr>
      <w:tr w:rsidR="003B695D" w:rsidRPr="00476E7B" w14:paraId="69A392AE" w14:textId="77777777" w:rsidTr="003B695D">
        <w:tc>
          <w:tcPr>
            <w:tcW w:w="1980" w:type="dxa"/>
          </w:tcPr>
          <w:p w14:paraId="446621D4" w14:textId="77777777" w:rsidR="003B695D" w:rsidRPr="00476E7B" w:rsidRDefault="003B695D" w:rsidP="00476E7B">
            <w:pPr>
              <w:spacing w:line="276" w:lineRule="auto"/>
              <w:rPr>
                <w:rFonts w:ascii="Roboto" w:hAnsi="Roboto"/>
              </w:rPr>
            </w:pPr>
            <w:r w:rsidRPr="00476E7B">
              <w:rPr>
                <w:rFonts w:ascii="Roboto" w:hAnsi="Roboto"/>
              </w:rPr>
              <w:t>1. TRUTHS</w:t>
            </w:r>
          </w:p>
        </w:tc>
        <w:tc>
          <w:tcPr>
            <w:tcW w:w="3969" w:type="dxa"/>
          </w:tcPr>
          <w:p w14:paraId="0EC4FB25" w14:textId="77777777" w:rsidR="003B695D" w:rsidRPr="00476E7B" w:rsidRDefault="003B695D" w:rsidP="00476E7B">
            <w:pPr>
              <w:spacing w:line="276" w:lineRule="auto"/>
              <w:rPr>
                <w:rFonts w:ascii="Roboto" w:hAnsi="Roboto"/>
              </w:rPr>
            </w:pPr>
            <w:r w:rsidRPr="00476E7B">
              <w:rPr>
                <w:rFonts w:ascii="Roboto" w:hAnsi="Roboto"/>
              </w:rPr>
              <w:t>Two Truths and a Wish</w:t>
            </w:r>
          </w:p>
          <w:p w14:paraId="1D2C9A95" w14:textId="197DEB9F" w:rsidR="003B695D" w:rsidRPr="00476E7B" w:rsidRDefault="003B695D" w:rsidP="00476E7B">
            <w:pPr>
              <w:spacing w:line="276" w:lineRule="auto"/>
              <w:rPr>
                <w:rFonts w:ascii="Roboto" w:hAnsi="Roboto"/>
              </w:rPr>
            </w:pPr>
          </w:p>
        </w:tc>
        <w:tc>
          <w:tcPr>
            <w:tcW w:w="2681" w:type="dxa"/>
          </w:tcPr>
          <w:p w14:paraId="3BAA170D" w14:textId="77777777" w:rsidR="003B695D" w:rsidRPr="00476E7B" w:rsidRDefault="003B695D" w:rsidP="00476E7B">
            <w:pPr>
              <w:spacing w:line="276" w:lineRule="auto"/>
              <w:rPr>
                <w:rFonts w:ascii="Roboto" w:hAnsi="Roboto"/>
              </w:rPr>
            </w:pPr>
            <w:r w:rsidRPr="00476E7B">
              <w:rPr>
                <w:rFonts w:ascii="Roboto" w:hAnsi="Roboto"/>
              </w:rPr>
              <w:t>Unlock honest self-reflection and imagination.</w:t>
            </w:r>
          </w:p>
          <w:p w14:paraId="3814DCAE" w14:textId="77777777" w:rsidR="003B695D" w:rsidRPr="00476E7B" w:rsidRDefault="003B695D" w:rsidP="00476E7B">
            <w:pPr>
              <w:spacing w:line="276" w:lineRule="auto"/>
              <w:rPr>
                <w:rFonts w:ascii="Roboto" w:hAnsi="Roboto"/>
              </w:rPr>
            </w:pPr>
          </w:p>
          <w:p w14:paraId="5333146E" w14:textId="07433354" w:rsidR="003B695D" w:rsidRPr="00476E7B" w:rsidRDefault="003B695D" w:rsidP="00476E7B">
            <w:pPr>
              <w:spacing w:line="276" w:lineRule="auto"/>
              <w:rPr>
                <w:rFonts w:ascii="Roboto" w:hAnsi="Roboto"/>
              </w:rPr>
            </w:pPr>
          </w:p>
        </w:tc>
      </w:tr>
      <w:tr w:rsidR="003B695D" w:rsidRPr="00476E7B" w14:paraId="14366E02" w14:textId="77777777" w:rsidTr="003B695D">
        <w:tc>
          <w:tcPr>
            <w:tcW w:w="1980" w:type="dxa"/>
          </w:tcPr>
          <w:p w14:paraId="433F0B6E" w14:textId="77777777" w:rsidR="003B695D" w:rsidRPr="00476E7B" w:rsidRDefault="003B695D" w:rsidP="00476E7B">
            <w:pPr>
              <w:spacing w:line="276" w:lineRule="auto"/>
              <w:rPr>
                <w:rFonts w:ascii="Roboto" w:hAnsi="Roboto"/>
              </w:rPr>
            </w:pPr>
            <w:r w:rsidRPr="00476E7B">
              <w:rPr>
                <w:rFonts w:ascii="Roboto" w:hAnsi="Roboto"/>
              </w:rPr>
              <w:t>2. FUNCTIONAL ALIGNMENT</w:t>
            </w:r>
          </w:p>
        </w:tc>
        <w:tc>
          <w:tcPr>
            <w:tcW w:w="3969" w:type="dxa"/>
          </w:tcPr>
          <w:p w14:paraId="73A8C343" w14:textId="77777777" w:rsidR="003B695D" w:rsidRPr="00476E7B" w:rsidRDefault="003B695D" w:rsidP="00476E7B">
            <w:pPr>
              <w:spacing w:line="276" w:lineRule="auto"/>
              <w:rPr>
                <w:rFonts w:ascii="Roboto" w:hAnsi="Roboto"/>
              </w:rPr>
            </w:pPr>
            <w:r w:rsidRPr="00476E7B">
              <w:rPr>
                <w:rFonts w:ascii="Roboto" w:hAnsi="Roboto"/>
              </w:rPr>
              <w:t>Personal and Functional Alignment</w:t>
            </w:r>
          </w:p>
          <w:p w14:paraId="64A65C37" w14:textId="35E37FC0" w:rsidR="003B695D" w:rsidRPr="00476E7B" w:rsidRDefault="003B695D" w:rsidP="00476E7B">
            <w:pPr>
              <w:spacing w:line="276" w:lineRule="auto"/>
              <w:rPr>
                <w:rFonts w:ascii="Roboto" w:hAnsi="Roboto"/>
              </w:rPr>
            </w:pPr>
          </w:p>
        </w:tc>
        <w:tc>
          <w:tcPr>
            <w:tcW w:w="2681" w:type="dxa"/>
          </w:tcPr>
          <w:p w14:paraId="52E2B13F" w14:textId="77777777" w:rsidR="003B695D" w:rsidRPr="00476E7B" w:rsidRDefault="003B695D" w:rsidP="00476E7B">
            <w:pPr>
              <w:spacing w:line="276" w:lineRule="auto"/>
              <w:rPr>
                <w:rFonts w:ascii="Roboto" w:hAnsi="Roboto"/>
              </w:rPr>
            </w:pPr>
            <w:r w:rsidRPr="00476E7B">
              <w:rPr>
                <w:rFonts w:ascii="Roboto" w:hAnsi="Roboto"/>
              </w:rPr>
              <w:t>Ground aspirations in real responsibilities.</w:t>
            </w:r>
          </w:p>
          <w:p w14:paraId="422C5DA1" w14:textId="77777777" w:rsidR="003B695D" w:rsidRPr="00476E7B" w:rsidRDefault="003B695D" w:rsidP="00476E7B">
            <w:pPr>
              <w:spacing w:line="276" w:lineRule="auto"/>
              <w:rPr>
                <w:rFonts w:ascii="Roboto" w:hAnsi="Roboto"/>
              </w:rPr>
            </w:pPr>
          </w:p>
          <w:p w14:paraId="0C44E926" w14:textId="77777777" w:rsidR="003B695D" w:rsidRPr="00476E7B" w:rsidRDefault="003B695D" w:rsidP="00476E7B">
            <w:pPr>
              <w:spacing w:line="276" w:lineRule="auto"/>
              <w:rPr>
                <w:rFonts w:ascii="Roboto" w:hAnsi="Roboto"/>
              </w:rPr>
            </w:pPr>
          </w:p>
          <w:p w14:paraId="5D2CA157" w14:textId="3B10BD8F" w:rsidR="003B695D" w:rsidRPr="00476E7B" w:rsidRDefault="003B695D" w:rsidP="00476E7B">
            <w:pPr>
              <w:spacing w:line="276" w:lineRule="auto"/>
              <w:rPr>
                <w:rFonts w:ascii="Roboto" w:hAnsi="Roboto"/>
              </w:rPr>
            </w:pPr>
          </w:p>
        </w:tc>
      </w:tr>
      <w:tr w:rsidR="003B695D" w:rsidRPr="00476E7B" w14:paraId="287F2F8F" w14:textId="77777777" w:rsidTr="003B695D">
        <w:tc>
          <w:tcPr>
            <w:tcW w:w="1980" w:type="dxa"/>
          </w:tcPr>
          <w:p w14:paraId="07270FAF" w14:textId="77777777" w:rsidR="003B695D" w:rsidRPr="00476E7B" w:rsidRDefault="003B695D" w:rsidP="00476E7B">
            <w:pPr>
              <w:spacing w:line="276" w:lineRule="auto"/>
              <w:rPr>
                <w:rFonts w:ascii="Roboto" w:hAnsi="Roboto"/>
              </w:rPr>
            </w:pPr>
            <w:r w:rsidRPr="00476E7B">
              <w:rPr>
                <w:rFonts w:ascii="Roboto" w:hAnsi="Roboto"/>
              </w:rPr>
              <w:t>3. I WISH I COULD</w:t>
            </w:r>
          </w:p>
        </w:tc>
        <w:tc>
          <w:tcPr>
            <w:tcW w:w="3969" w:type="dxa"/>
          </w:tcPr>
          <w:p w14:paraId="3F218986" w14:textId="77777777" w:rsidR="003B695D" w:rsidRPr="00476E7B" w:rsidRDefault="003B695D" w:rsidP="00476E7B">
            <w:pPr>
              <w:spacing w:line="276" w:lineRule="auto"/>
              <w:rPr>
                <w:rFonts w:ascii="Roboto" w:hAnsi="Roboto"/>
              </w:rPr>
            </w:pPr>
            <w:r w:rsidRPr="00476E7B">
              <w:rPr>
                <w:rFonts w:ascii="Roboto" w:hAnsi="Roboto"/>
              </w:rPr>
              <w:t>Brainstorming Bold Aspirations</w:t>
            </w:r>
          </w:p>
          <w:p w14:paraId="00914E99" w14:textId="2C57CB5D" w:rsidR="003B695D" w:rsidRPr="00476E7B" w:rsidRDefault="003B695D" w:rsidP="00476E7B">
            <w:pPr>
              <w:spacing w:line="276" w:lineRule="auto"/>
              <w:rPr>
                <w:rFonts w:ascii="Roboto" w:hAnsi="Roboto"/>
              </w:rPr>
            </w:pPr>
          </w:p>
        </w:tc>
        <w:tc>
          <w:tcPr>
            <w:tcW w:w="2681" w:type="dxa"/>
          </w:tcPr>
          <w:p w14:paraId="06628CA2" w14:textId="77777777" w:rsidR="003B695D" w:rsidRPr="00476E7B" w:rsidRDefault="003B695D" w:rsidP="00476E7B">
            <w:pPr>
              <w:spacing w:line="276" w:lineRule="auto"/>
              <w:rPr>
                <w:rFonts w:ascii="Roboto" w:hAnsi="Roboto"/>
              </w:rPr>
            </w:pPr>
            <w:r w:rsidRPr="00476E7B">
              <w:rPr>
                <w:rFonts w:ascii="Roboto" w:hAnsi="Roboto"/>
              </w:rPr>
              <w:t>Unlock creative ambition with strategic intent.</w:t>
            </w:r>
          </w:p>
          <w:p w14:paraId="2BA859FA" w14:textId="77777777" w:rsidR="003B695D" w:rsidRPr="00476E7B" w:rsidRDefault="003B695D" w:rsidP="00476E7B">
            <w:pPr>
              <w:spacing w:line="276" w:lineRule="auto"/>
              <w:rPr>
                <w:rFonts w:ascii="Roboto" w:hAnsi="Roboto"/>
              </w:rPr>
            </w:pPr>
          </w:p>
          <w:p w14:paraId="68E01C37" w14:textId="77777777" w:rsidR="003B695D" w:rsidRPr="00476E7B" w:rsidRDefault="003B695D" w:rsidP="00476E7B">
            <w:pPr>
              <w:spacing w:line="276" w:lineRule="auto"/>
              <w:rPr>
                <w:rFonts w:ascii="Roboto" w:hAnsi="Roboto"/>
              </w:rPr>
            </w:pPr>
          </w:p>
          <w:p w14:paraId="6180E287" w14:textId="74908F8D" w:rsidR="003B695D" w:rsidRPr="00476E7B" w:rsidRDefault="003B695D" w:rsidP="00476E7B">
            <w:pPr>
              <w:spacing w:line="276" w:lineRule="auto"/>
              <w:rPr>
                <w:rFonts w:ascii="Roboto" w:hAnsi="Roboto"/>
              </w:rPr>
            </w:pPr>
          </w:p>
        </w:tc>
      </w:tr>
      <w:tr w:rsidR="003B695D" w:rsidRPr="00476E7B" w14:paraId="0D8A048E" w14:textId="77777777" w:rsidTr="003B695D">
        <w:tc>
          <w:tcPr>
            <w:tcW w:w="1980" w:type="dxa"/>
          </w:tcPr>
          <w:p w14:paraId="32505013" w14:textId="77777777" w:rsidR="003B695D" w:rsidRPr="00476E7B" w:rsidRDefault="003B695D" w:rsidP="00476E7B">
            <w:pPr>
              <w:spacing w:line="276" w:lineRule="auto"/>
              <w:rPr>
                <w:rFonts w:ascii="Roboto" w:hAnsi="Roboto"/>
              </w:rPr>
            </w:pPr>
            <w:r w:rsidRPr="00476E7B">
              <w:rPr>
                <w:rFonts w:ascii="Roboto" w:hAnsi="Roboto"/>
              </w:rPr>
              <w:t>4. IDEAS ALIGNMENT</w:t>
            </w:r>
          </w:p>
        </w:tc>
        <w:tc>
          <w:tcPr>
            <w:tcW w:w="3969" w:type="dxa"/>
          </w:tcPr>
          <w:p w14:paraId="63B3E92F" w14:textId="77777777" w:rsidR="003B695D" w:rsidRPr="00476E7B" w:rsidRDefault="003B695D" w:rsidP="00476E7B">
            <w:pPr>
              <w:spacing w:line="276" w:lineRule="auto"/>
              <w:rPr>
                <w:rFonts w:ascii="Roboto" w:hAnsi="Roboto"/>
              </w:rPr>
            </w:pPr>
            <w:r w:rsidRPr="00476E7B">
              <w:rPr>
                <w:rFonts w:ascii="Roboto" w:hAnsi="Roboto"/>
              </w:rPr>
              <w:t>Idea Alignment and Selection</w:t>
            </w:r>
          </w:p>
          <w:p w14:paraId="4E1CBB8C" w14:textId="04A5B240" w:rsidR="003B695D" w:rsidRPr="00476E7B" w:rsidRDefault="003B695D" w:rsidP="00476E7B">
            <w:pPr>
              <w:spacing w:line="276" w:lineRule="auto"/>
              <w:rPr>
                <w:rFonts w:ascii="Roboto" w:hAnsi="Roboto"/>
              </w:rPr>
            </w:pPr>
          </w:p>
        </w:tc>
        <w:tc>
          <w:tcPr>
            <w:tcW w:w="2681" w:type="dxa"/>
          </w:tcPr>
          <w:p w14:paraId="47C9F3F5" w14:textId="77777777" w:rsidR="003B695D" w:rsidRPr="00476E7B" w:rsidRDefault="003B695D" w:rsidP="00476E7B">
            <w:pPr>
              <w:spacing w:line="276" w:lineRule="auto"/>
              <w:rPr>
                <w:rFonts w:ascii="Roboto" w:hAnsi="Roboto"/>
              </w:rPr>
            </w:pPr>
            <w:r w:rsidRPr="00476E7B">
              <w:rPr>
                <w:rFonts w:ascii="Roboto" w:hAnsi="Roboto"/>
              </w:rPr>
              <w:t>Move from brainstorming to viable concepts.</w:t>
            </w:r>
          </w:p>
          <w:p w14:paraId="18466502" w14:textId="77777777" w:rsidR="003B695D" w:rsidRPr="00476E7B" w:rsidRDefault="003B695D" w:rsidP="00476E7B">
            <w:pPr>
              <w:spacing w:line="276" w:lineRule="auto"/>
              <w:rPr>
                <w:rFonts w:ascii="Roboto" w:hAnsi="Roboto"/>
              </w:rPr>
            </w:pPr>
          </w:p>
          <w:p w14:paraId="425B8A44" w14:textId="77777777" w:rsidR="003B695D" w:rsidRPr="00476E7B" w:rsidRDefault="003B695D" w:rsidP="00476E7B">
            <w:pPr>
              <w:spacing w:line="276" w:lineRule="auto"/>
              <w:rPr>
                <w:rFonts w:ascii="Roboto" w:hAnsi="Roboto"/>
              </w:rPr>
            </w:pPr>
          </w:p>
          <w:p w14:paraId="3F53D11C" w14:textId="5F9DC355" w:rsidR="003B695D" w:rsidRPr="00476E7B" w:rsidRDefault="003B695D" w:rsidP="00476E7B">
            <w:pPr>
              <w:spacing w:line="276" w:lineRule="auto"/>
              <w:rPr>
                <w:rFonts w:ascii="Roboto" w:hAnsi="Roboto"/>
              </w:rPr>
            </w:pPr>
          </w:p>
        </w:tc>
      </w:tr>
      <w:tr w:rsidR="003B695D" w:rsidRPr="00476E7B" w14:paraId="17CA74F9" w14:textId="77777777" w:rsidTr="003B695D">
        <w:tc>
          <w:tcPr>
            <w:tcW w:w="1980" w:type="dxa"/>
          </w:tcPr>
          <w:p w14:paraId="02DD65D9" w14:textId="77777777" w:rsidR="003B695D" w:rsidRPr="00476E7B" w:rsidRDefault="003B695D" w:rsidP="00476E7B">
            <w:pPr>
              <w:spacing w:line="276" w:lineRule="auto"/>
              <w:rPr>
                <w:rFonts w:ascii="Roboto" w:hAnsi="Roboto"/>
              </w:rPr>
            </w:pPr>
            <w:r w:rsidRPr="00476E7B">
              <w:rPr>
                <w:rFonts w:ascii="Roboto" w:hAnsi="Roboto"/>
              </w:rPr>
              <w:t>5. REFINE IDEAS</w:t>
            </w:r>
          </w:p>
        </w:tc>
        <w:tc>
          <w:tcPr>
            <w:tcW w:w="3969" w:type="dxa"/>
          </w:tcPr>
          <w:p w14:paraId="5C3751C0" w14:textId="77777777" w:rsidR="003B695D" w:rsidRPr="00476E7B" w:rsidRDefault="003B695D" w:rsidP="00476E7B">
            <w:pPr>
              <w:spacing w:line="276" w:lineRule="auto"/>
              <w:rPr>
                <w:rFonts w:ascii="Roboto" w:hAnsi="Roboto"/>
              </w:rPr>
            </w:pPr>
            <w:r w:rsidRPr="00476E7B">
              <w:rPr>
                <w:rFonts w:ascii="Roboto" w:hAnsi="Roboto"/>
              </w:rPr>
              <w:t>Present, Feedback, Refine</w:t>
            </w:r>
          </w:p>
          <w:p w14:paraId="0298FA65" w14:textId="0805A929" w:rsidR="003B695D" w:rsidRPr="00476E7B" w:rsidRDefault="003B695D" w:rsidP="00476E7B">
            <w:pPr>
              <w:spacing w:line="276" w:lineRule="auto"/>
              <w:rPr>
                <w:rFonts w:ascii="Roboto" w:hAnsi="Roboto"/>
              </w:rPr>
            </w:pPr>
          </w:p>
        </w:tc>
        <w:tc>
          <w:tcPr>
            <w:tcW w:w="2681" w:type="dxa"/>
          </w:tcPr>
          <w:p w14:paraId="02B222B0" w14:textId="77777777" w:rsidR="003B695D" w:rsidRPr="00476E7B" w:rsidRDefault="003B695D" w:rsidP="00476E7B">
            <w:pPr>
              <w:spacing w:line="276" w:lineRule="auto"/>
              <w:rPr>
                <w:rFonts w:ascii="Roboto" w:hAnsi="Roboto"/>
              </w:rPr>
            </w:pPr>
            <w:r w:rsidRPr="00476E7B">
              <w:rPr>
                <w:rFonts w:ascii="Roboto" w:hAnsi="Roboto"/>
              </w:rPr>
              <w:t>Improve ideas through collaboration.</w:t>
            </w:r>
          </w:p>
          <w:p w14:paraId="467E7182" w14:textId="77777777" w:rsidR="003B695D" w:rsidRPr="00476E7B" w:rsidRDefault="003B695D" w:rsidP="00476E7B">
            <w:pPr>
              <w:spacing w:line="276" w:lineRule="auto"/>
              <w:rPr>
                <w:rFonts w:ascii="Roboto" w:hAnsi="Roboto"/>
              </w:rPr>
            </w:pPr>
          </w:p>
          <w:p w14:paraId="41D25659" w14:textId="77777777" w:rsidR="003B695D" w:rsidRPr="00476E7B" w:rsidRDefault="003B695D" w:rsidP="00476E7B">
            <w:pPr>
              <w:spacing w:line="276" w:lineRule="auto"/>
              <w:rPr>
                <w:rFonts w:ascii="Roboto" w:hAnsi="Roboto"/>
              </w:rPr>
            </w:pPr>
          </w:p>
          <w:p w14:paraId="41CAAFE3" w14:textId="7BD552B1" w:rsidR="003B695D" w:rsidRPr="00476E7B" w:rsidRDefault="003B695D" w:rsidP="00476E7B">
            <w:pPr>
              <w:spacing w:line="276" w:lineRule="auto"/>
              <w:rPr>
                <w:rFonts w:ascii="Roboto" w:hAnsi="Roboto"/>
              </w:rPr>
            </w:pPr>
          </w:p>
        </w:tc>
      </w:tr>
    </w:tbl>
    <w:p w14:paraId="4CF63AAA" w14:textId="77777777" w:rsidR="003B695D" w:rsidRPr="00476E7B" w:rsidRDefault="003B695D" w:rsidP="00476E7B">
      <w:pPr>
        <w:spacing w:line="276" w:lineRule="auto"/>
        <w:rPr>
          <w:rFonts w:ascii="Roboto" w:hAnsi="Roboto"/>
        </w:rPr>
      </w:pPr>
    </w:p>
    <w:p w14:paraId="73502FA4" w14:textId="77777777" w:rsidR="003B695D" w:rsidRPr="00476E7B" w:rsidRDefault="003B695D" w:rsidP="00476E7B">
      <w:pPr>
        <w:spacing w:after="200" w:line="276" w:lineRule="auto"/>
        <w:rPr>
          <w:rFonts w:ascii="Roboto" w:hAnsi="Roboto"/>
          <w:b/>
          <w:bCs/>
          <w:sz w:val="27"/>
          <w:szCs w:val="27"/>
        </w:rPr>
      </w:pPr>
    </w:p>
    <w:sectPr w:rsidR="003B695D" w:rsidRPr="00476E7B" w:rsidSect="00034616">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DC68" w14:textId="77777777" w:rsidR="007B0B65" w:rsidRDefault="007B0B65" w:rsidP="00891E01">
      <w:r>
        <w:separator/>
      </w:r>
    </w:p>
  </w:endnote>
  <w:endnote w:type="continuationSeparator" w:id="0">
    <w:p w14:paraId="5E860BB2" w14:textId="77777777" w:rsidR="007B0B65" w:rsidRDefault="007B0B65" w:rsidP="0089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5221" w14:textId="77777777" w:rsidR="00891E01" w:rsidRDefault="00891E01">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Pr>
        <w:noProof/>
        <w:color w:val="4F81BD" w:themeColor="accent1"/>
      </w:rPr>
      <w:t>2</w:t>
    </w:r>
    <w:r>
      <w:rPr>
        <w:color w:val="4F81BD" w:themeColor="accent1"/>
      </w:rPr>
      <w:fldChar w:fldCharType="end"/>
    </w:r>
  </w:p>
  <w:p w14:paraId="7AD9F2AE" w14:textId="77777777" w:rsidR="00891E01" w:rsidRDefault="00891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91429" w14:textId="77777777" w:rsidR="007B0B65" w:rsidRDefault="007B0B65" w:rsidP="00891E01">
      <w:r>
        <w:separator/>
      </w:r>
    </w:p>
  </w:footnote>
  <w:footnote w:type="continuationSeparator" w:id="0">
    <w:p w14:paraId="0A1282F3" w14:textId="77777777" w:rsidR="007B0B65" w:rsidRDefault="007B0B65" w:rsidP="00891E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B73A06"/>
    <w:multiLevelType w:val="multilevel"/>
    <w:tmpl w:val="5834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544295"/>
    <w:multiLevelType w:val="multilevel"/>
    <w:tmpl w:val="0568C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8E0DEA"/>
    <w:multiLevelType w:val="multilevel"/>
    <w:tmpl w:val="ECF4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0761D9"/>
    <w:multiLevelType w:val="multilevel"/>
    <w:tmpl w:val="0FB86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801CEB"/>
    <w:multiLevelType w:val="multilevel"/>
    <w:tmpl w:val="3D322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C3610F"/>
    <w:multiLevelType w:val="multilevel"/>
    <w:tmpl w:val="71B2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D150EF"/>
    <w:multiLevelType w:val="multilevel"/>
    <w:tmpl w:val="60BA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F66749"/>
    <w:multiLevelType w:val="hybridMultilevel"/>
    <w:tmpl w:val="F6B08622"/>
    <w:lvl w:ilvl="0" w:tplc="B398830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E567208"/>
    <w:multiLevelType w:val="multilevel"/>
    <w:tmpl w:val="FCBC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E3F13"/>
    <w:multiLevelType w:val="multilevel"/>
    <w:tmpl w:val="D5C0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264EAE"/>
    <w:multiLevelType w:val="multilevel"/>
    <w:tmpl w:val="5C5E1A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EA2C2C"/>
    <w:multiLevelType w:val="multilevel"/>
    <w:tmpl w:val="8574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7715DB"/>
    <w:multiLevelType w:val="multilevel"/>
    <w:tmpl w:val="50AC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9C40AE"/>
    <w:multiLevelType w:val="multilevel"/>
    <w:tmpl w:val="3E7C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762335"/>
    <w:multiLevelType w:val="multilevel"/>
    <w:tmpl w:val="CF36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B35E64"/>
    <w:multiLevelType w:val="multilevel"/>
    <w:tmpl w:val="F5486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F66E60"/>
    <w:multiLevelType w:val="multilevel"/>
    <w:tmpl w:val="33BA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4518C"/>
    <w:multiLevelType w:val="multilevel"/>
    <w:tmpl w:val="6B46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967E6F"/>
    <w:multiLevelType w:val="multilevel"/>
    <w:tmpl w:val="87FEB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BA660B"/>
    <w:multiLevelType w:val="multilevel"/>
    <w:tmpl w:val="1BBA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88441E"/>
    <w:multiLevelType w:val="multilevel"/>
    <w:tmpl w:val="E63C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156319"/>
    <w:multiLevelType w:val="multilevel"/>
    <w:tmpl w:val="ECE81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277BC1"/>
    <w:multiLevelType w:val="multilevel"/>
    <w:tmpl w:val="F60C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5A486C"/>
    <w:multiLevelType w:val="multilevel"/>
    <w:tmpl w:val="4338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64689D"/>
    <w:multiLevelType w:val="multilevel"/>
    <w:tmpl w:val="4E64D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523DDC"/>
    <w:multiLevelType w:val="multilevel"/>
    <w:tmpl w:val="E562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723BAD"/>
    <w:multiLevelType w:val="multilevel"/>
    <w:tmpl w:val="2074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8A4B82"/>
    <w:multiLevelType w:val="multilevel"/>
    <w:tmpl w:val="EE3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793337"/>
    <w:multiLevelType w:val="multilevel"/>
    <w:tmpl w:val="22AA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1370400">
    <w:abstractNumId w:val="8"/>
  </w:num>
  <w:num w:numId="2" w16cid:durableId="2125802204">
    <w:abstractNumId w:val="6"/>
  </w:num>
  <w:num w:numId="3" w16cid:durableId="1623338889">
    <w:abstractNumId w:val="5"/>
  </w:num>
  <w:num w:numId="4" w16cid:durableId="348681956">
    <w:abstractNumId w:val="4"/>
  </w:num>
  <w:num w:numId="5" w16cid:durableId="1075974103">
    <w:abstractNumId w:val="7"/>
  </w:num>
  <w:num w:numId="6" w16cid:durableId="1576016566">
    <w:abstractNumId w:val="3"/>
  </w:num>
  <w:num w:numId="7" w16cid:durableId="666594932">
    <w:abstractNumId w:val="2"/>
  </w:num>
  <w:num w:numId="8" w16cid:durableId="1531190345">
    <w:abstractNumId w:val="1"/>
  </w:num>
  <w:num w:numId="9" w16cid:durableId="1103309091">
    <w:abstractNumId w:val="0"/>
  </w:num>
  <w:num w:numId="10" w16cid:durableId="2062240601">
    <w:abstractNumId w:val="37"/>
  </w:num>
  <w:num w:numId="11" w16cid:durableId="1233851341">
    <w:abstractNumId w:val="18"/>
  </w:num>
  <w:num w:numId="12" w16cid:durableId="1382554477">
    <w:abstractNumId w:val="19"/>
  </w:num>
  <w:num w:numId="13" w16cid:durableId="1734573410">
    <w:abstractNumId w:val="21"/>
  </w:num>
  <w:num w:numId="14" w16cid:durableId="2112581128">
    <w:abstractNumId w:val="13"/>
  </w:num>
  <w:num w:numId="15" w16cid:durableId="1453355935">
    <w:abstractNumId w:val="10"/>
  </w:num>
  <w:num w:numId="16" w16cid:durableId="1646622301">
    <w:abstractNumId w:val="35"/>
  </w:num>
  <w:num w:numId="17" w16cid:durableId="998265247">
    <w:abstractNumId w:val="24"/>
  </w:num>
  <w:num w:numId="18" w16cid:durableId="289870351">
    <w:abstractNumId w:val="12"/>
  </w:num>
  <w:num w:numId="19" w16cid:durableId="4208585">
    <w:abstractNumId w:val="30"/>
  </w:num>
  <w:num w:numId="20" w16cid:durableId="209267597">
    <w:abstractNumId w:val="31"/>
  </w:num>
  <w:num w:numId="21" w16cid:durableId="416441096">
    <w:abstractNumId w:val="33"/>
  </w:num>
  <w:num w:numId="22" w16cid:durableId="1879658924">
    <w:abstractNumId w:val="27"/>
  </w:num>
  <w:num w:numId="23" w16cid:durableId="1887521836">
    <w:abstractNumId w:val="20"/>
  </w:num>
  <w:num w:numId="24" w16cid:durableId="760952698">
    <w:abstractNumId w:val="32"/>
  </w:num>
  <w:num w:numId="25" w16cid:durableId="1939673534">
    <w:abstractNumId w:val="23"/>
  </w:num>
  <w:num w:numId="26" w16cid:durableId="1378821922">
    <w:abstractNumId w:val="9"/>
  </w:num>
  <w:num w:numId="27" w16cid:durableId="1923905050">
    <w:abstractNumId w:val="28"/>
  </w:num>
  <w:num w:numId="28" w16cid:durableId="1310283810">
    <w:abstractNumId w:val="29"/>
  </w:num>
  <w:num w:numId="29" w16cid:durableId="1322660066">
    <w:abstractNumId w:val="15"/>
  </w:num>
  <w:num w:numId="30" w16cid:durableId="2108847502">
    <w:abstractNumId w:val="22"/>
  </w:num>
  <w:num w:numId="31" w16cid:durableId="2043241263">
    <w:abstractNumId w:val="25"/>
  </w:num>
  <w:num w:numId="32" w16cid:durableId="1550603137">
    <w:abstractNumId w:val="34"/>
  </w:num>
  <w:num w:numId="33" w16cid:durableId="1201816564">
    <w:abstractNumId w:val="14"/>
  </w:num>
  <w:num w:numId="34" w16cid:durableId="1206483417">
    <w:abstractNumId w:val="16"/>
  </w:num>
  <w:num w:numId="35" w16cid:durableId="2007438404">
    <w:abstractNumId w:val="26"/>
  </w:num>
  <w:num w:numId="36" w16cid:durableId="814680975">
    <w:abstractNumId w:val="36"/>
  </w:num>
  <w:num w:numId="37" w16cid:durableId="371810393">
    <w:abstractNumId w:val="17"/>
  </w:num>
  <w:num w:numId="38" w16cid:durableId="19471514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136E"/>
    <w:rsid w:val="000B5450"/>
    <w:rsid w:val="000D7AF9"/>
    <w:rsid w:val="0015074B"/>
    <w:rsid w:val="00186249"/>
    <w:rsid w:val="001C3DA2"/>
    <w:rsid w:val="0029639D"/>
    <w:rsid w:val="002E3382"/>
    <w:rsid w:val="00326F90"/>
    <w:rsid w:val="003A78D6"/>
    <w:rsid w:val="003B695D"/>
    <w:rsid w:val="00476E7B"/>
    <w:rsid w:val="00482E6F"/>
    <w:rsid w:val="004A600B"/>
    <w:rsid w:val="00544834"/>
    <w:rsid w:val="0054785A"/>
    <w:rsid w:val="00553456"/>
    <w:rsid w:val="00582B64"/>
    <w:rsid w:val="005F49B5"/>
    <w:rsid w:val="0064606A"/>
    <w:rsid w:val="006952D7"/>
    <w:rsid w:val="006A3B2D"/>
    <w:rsid w:val="006C64A0"/>
    <w:rsid w:val="006F10AE"/>
    <w:rsid w:val="007B0B65"/>
    <w:rsid w:val="007B4516"/>
    <w:rsid w:val="007E78E6"/>
    <w:rsid w:val="00804243"/>
    <w:rsid w:val="00805AE8"/>
    <w:rsid w:val="00845A47"/>
    <w:rsid w:val="00891E01"/>
    <w:rsid w:val="009F2D82"/>
    <w:rsid w:val="00A722F1"/>
    <w:rsid w:val="00AA1D8D"/>
    <w:rsid w:val="00AA5BCB"/>
    <w:rsid w:val="00AB536D"/>
    <w:rsid w:val="00AF48B3"/>
    <w:rsid w:val="00B108FB"/>
    <w:rsid w:val="00B47730"/>
    <w:rsid w:val="00B95B65"/>
    <w:rsid w:val="00BA1707"/>
    <w:rsid w:val="00BE0D7D"/>
    <w:rsid w:val="00C654C9"/>
    <w:rsid w:val="00C77089"/>
    <w:rsid w:val="00CA3528"/>
    <w:rsid w:val="00CB0664"/>
    <w:rsid w:val="00D3414D"/>
    <w:rsid w:val="00D76CA9"/>
    <w:rsid w:val="00DE6B78"/>
    <w:rsid w:val="00E05F3A"/>
    <w:rsid w:val="00E212C9"/>
    <w:rsid w:val="00EC5EDB"/>
    <w:rsid w:val="00F12F35"/>
    <w:rsid w:val="00F34EA3"/>
    <w:rsid w:val="00F40494"/>
    <w:rsid w:val="00F51443"/>
    <w:rsid w:val="00F73325"/>
    <w:rsid w:val="00F77DBC"/>
    <w:rsid w:val="00F94FD6"/>
    <w:rsid w:val="00FC693F"/>
    <w:rsid w:val="00FD116C"/>
    <w:rsid w:val="00FD5A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4FB3E7"/>
  <w14:defaultImageDpi w14:val="300"/>
  <w15:docId w15:val="{95904891-6F00-0C41-8E2E-4C4DF9C7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A0"/>
    <w:pPr>
      <w:spacing w:after="0" w:line="240" w:lineRule="auto"/>
    </w:pPr>
    <w:rPr>
      <w:rFonts w:ascii="Times New Roman" w:eastAsia="Times New Roman" w:hAnsi="Times New Roman" w:cs="Times New Roman"/>
      <w:sz w:val="24"/>
      <w:szCs w:val="24"/>
      <w:lang w:val="en-ZA" w:eastAsia="en-GB"/>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E0D7D"/>
    <w:pPr>
      <w:spacing w:before="100" w:beforeAutospacing="1" w:after="100" w:afterAutospacing="1"/>
    </w:pPr>
  </w:style>
  <w:style w:type="paragraph" w:styleId="TOC3">
    <w:name w:val="toc 3"/>
    <w:basedOn w:val="Normal"/>
    <w:next w:val="Normal"/>
    <w:autoRedefine/>
    <w:uiPriority w:val="39"/>
    <w:unhideWhenUsed/>
    <w:rsid w:val="00FD116C"/>
    <w:pPr>
      <w:spacing w:after="100"/>
      <w:ind w:left="480"/>
    </w:pPr>
  </w:style>
  <w:style w:type="paragraph" w:styleId="TOC1">
    <w:name w:val="toc 1"/>
    <w:basedOn w:val="Normal"/>
    <w:next w:val="Normal"/>
    <w:autoRedefine/>
    <w:uiPriority w:val="39"/>
    <w:unhideWhenUsed/>
    <w:rsid w:val="00FD116C"/>
    <w:pPr>
      <w:spacing w:after="100"/>
    </w:pPr>
  </w:style>
  <w:style w:type="paragraph" w:styleId="TOC2">
    <w:name w:val="toc 2"/>
    <w:basedOn w:val="Normal"/>
    <w:next w:val="Normal"/>
    <w:autoRedefine/>
    <w:uiPriority w:val="39"/>
    <w:unhideWhenUsed/>
    <w:rsid w:val="00FD116C"/>
    <w:pPr>
      <w:spacing w:after="100"/>
      <w:ind w:left="240"/>
    </w:pPr>
  </w:style>
  <w:style w:type="character" w:styleId="Hyperlink">
    <w:name w:val="Hyperlink"/>
    <w:basedOn w:val="DefaultParagraphFont"/>
    <w:uiPriority w:val="99"/>
    <w:unhideWhenUsed/>
    <w:rsid w:val="00FD116C"/>
    <w:rPr>
      <w:color w:val="0000FF"/>
      <w:u w:val="single"/>
    </w:rPr>
  </w:style>
  <w:style w:type="character" w:customStyle="1" w:styleId="text-start">
    <w:name w:val="text-start"/>
    <w:basedOn w:val="DefaultParagraphFont"/>
    <w:rsid w:val="00C77089"/>
  </w:style>
  <w:style w:type="paragraph" w:styleId="z-TopofForm">
    <w:name w:val="HTML Top of Form"/>
    <w:basedOn w:val="Normal"/>
    <w:next w:val="Normal"/>
    <w:link w:val="z-TopofFormChar"/>
    <w:hidden/>
    <w:uiPriority w:val="99"/>
    <w:semiHidden/>
    <w:unhideWhenUsed/>
    <w:rsid w:val="00C7708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77089"/>
    <w:rPr>
      <w:rFonts w:ascii="Arial" w:eastAsia="Times New Roman" w:hAnsi="Arial" w:cs="Arial"/>
      <w:vanish/>
      <w:sz w:val="16"/>
      <w:szCs w:val="16"/>
      <w:lang w:val="en-ZA" w:eastAsia="en-GB"/>
    </w:rPr>
  </w:style>
  <w:style w:type="paragraph" w:customStyle="1" w:styleId="placeholder">
    <w:name w:val="placeholder"/>
    <w:basedOn w:val="Normal"/>
    <w:rsid w:val="00C77089"/>
    <w:pPr>
      <w:spacing w:before="100" w:beforeAutospacing="1" w:after="100" w:afterAutospacing="1"/>
    </w:pPr>
  </w:style>
  <w:style w:type="character" w:customStyle="1" w:styleId="pointer-events-none">
    <w:name w:val="pointer-events-none"/>
    <w:basedOn w:val="DefaultParagraphFont"/>
    <w:rsid w:val="00C77089"/>
  </w:style>
  <w:style w:type="paragraph" w:styleId="z-BottomofForm">
    <w:name w:val="HTML Bottom of Form"/>
    <w:basedOn w:val="Normal"/>
    <w:next w:val="Normal"/>
    <w:link w:val="z-BottomofFormChar"/>
    <w:hidden/>
    <w:uiPriority w:val="99"/>
    <w:semiHidden/>
    <w:unhideWhenUsed/>
    <w:rsid w:val="00C7708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77089"/>
    <w:rPr>
      <w:rFonts w:ascii="Arial" w:eastAsia="Times New Roman" w:hAnsi="Arial" w:cs="Arial"/>
      <w:vanish/>
      <w:sz w:val="16"/>
      <w:szCs w:val="16"/>
      <w:lang w:val="en-ZA" w:eastAsia="en-GB"/>
    </w:rPr>
  </w:style>
  <w:style w:type="paragraph" w:styleId="TOC4">
    <w:name w:val="toc 4"/>
    <w:basedOn w:val="Normal"/>
    <w:next w:val="Normal"/>
    <w:autoRedefine/>
    <w:uiPriority w:val="39"/>
    <w:unhideWhenUsed/>
    <w:rsid w:val="0006136E"/>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06136E"/>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06136E"/>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06136E"/>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6136E"/>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6136E"/>
    <w:pPr>
      <w:spacing w:after="100"/>
      <w:ind w:left="192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061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8831">
      <w:bodyDiv w:val="1"/>
      <w:marLeft w:val="0"/>
      <w:marRight w:val="0"/>
      <w:marTop w:val="0"/>
      <w:marBottom w:val="0"/>
      <w:divBdr>
        <w:top w:val="none" w:sz="0" w:space="0" w:color="auto"/>
        <w:left w:val="none" w:sz="0" w:space="0" w:color="auto"/>
        <w:bottom w:val="none" w:sz="0" w:space="0" w:color="auto"/>
        <w:right w:val="none" w:sz="0" w:space="0" w:color="auto"/>
      </w:divBdr>
      <w:divsChild>
        <w:div w:id="422655010">
          <w:marLeft w:val="0"/>
          <w:marRight w:val="0"/>
          <w:marTop w:val="0"/>
          <w:marBottom w:val="0"/>
          <w:divBdr>
            <w:top w:val="none" w:sz="0" w:space="0" w:color="auto"/>
            <w:left w:val="none" w:sz="0" w:space="0" w:color="auto"/>
            <w:bottom w:val="none" w:sz="0" w:space="0" w:color="auto"/>
            <w:right w:val="none" w:sz="0" w:space="0" w:color="auto"/>
          </w:divBdr>
        </w:div>
        <w:div w:id="107239521">
          <w:marLeft w:val="0"/>
          <w:marRight w:val="0"/>
          <w:marTop w:val="0"/>
          <w:marBottom w:val="0"/>
          <w:divBdr>
            <w:top w:val="none" w:sz="0" w:space="0" w:color="auto"/>
            <w:left w:val="none" w:sz="0" w:space="0" w:color="auto"/>
            <w:bottom w:val="none" w:sz="0" w:space="0" w:color="auto"/>
            <w:right w:val="none" w:sz="0" w:space="0" w:color="auto"/>
          </w:divBdr>
        </w:div>
        <w:div w:id="1566834890">
          <w:marLeft w:val="0"/>
          <w:marRight w:val="0"/>
          <w:marTop w:val="0"/>
          <w:marBottom w:val="0"/>
          <w:divBdr>
            <w:top w:val="none" w:sz="0" w:space="0" w:color="auto"/>
            <w:left w:val="none" w:sz="0" w:space="0" w:color="auto"/>
            <w:bottom w:val="none" w:sz="0" w:space="0" w:color="auto"/>
            <w:right w:val="none" w:sz="0" w:space="0" w:color="auto"/>
          </w:divBdr>
        </w:div>
        <w:div w:id="996811775">
          <w:marLeft w:val="0"/>
          <w:marRight w:val="0"/>
          <w:marTop w:val="0"/>
          <w:marBottom w:val="0"/>
          <w:divBdr>
            <w:top w:val="none" w:sz="0" w:space="0" w:color="auto"/>
            <w:left w:val="none" w:sz="0" w:space="0" w:color="auto"/>
            <w:bottom w:val="none" w:sz="0" w:space="0" w:color="auto"/>
            <w:right w:val="none" w:sz="0" w:space="0" w:color="auto"/>
          </w:divBdr>
        </w:div>
        <w:div w:id="2133162465">
          <w:marLeft w:val="0"/>
          <w:marRight w:val="0"/>
          <w:marTop w:val="0"/>
          <w:marBottom w:val="0"/>
          <w:divBdr>
            <w:top w:val="none" w:sz="0" w:space="0" w:color="auto"/>
            <w:left w:val="none" w:sz="0" w:space="0" w:color="auto"/>
            <w:bottom w:val="none" w:sz="0" w:space="0" w:color="auto"/>
            <w:right w:val="none" w:sz="0" w:space="0" w:color="auto"/>
          </w:divBdr>
        </w:div>
        <w:div w:id="1231696625">
          <w:marLeft w:val="0"/>
          <w:marRight w:val="0"/>
          <w:marTop w:val="0"/>
          <w:marBottom w:val="0"/>
          <w:divBdr>
            <w:top w:val="none" w:sz="0" w:space="0" w:color="auto"/>
            <w:left w:val="none" w:sz="0" w:space="0" w:color="auto"/>
            <w:bottom w:val="none" w:sz="0" w:space="0" w:color="auto"/>
            <w:right w:val="none" w:sz="0" w:space="0" w:color="auto"/>
          </w:divBdr>
        </w:div>
        <w:div w:id="1604192164">
          <w:marLeft w:val="0"/>
          <w:marRight w:val="0"/>
          <w:marTop w:val="0"/>
          <w:marBottom w:val="0"/>
          <w:divBdr>
            <w:top w:val="none" w:sz="0" w:space="0" w:color="auto"/>
            <w:left w:val="none" w:sz="0" w:space="0" w:color="auto"/>
            <w:bottom w:val="none" w:sz="0" w:space="0" w:color="auto"/>
            <w:right w:val="none" w:sz="0" w:space="0" w:color="auto"/>
          </w:divBdr>
        </w:div>
        <w:div w:id="445737521">
          <w:marLeft w:val="0"/>
          <w:marRight w:val="0"/>
          <w:marTop w:val="0"/>
          <w:marBottom w:val="0"/>
          <w:divBdr>
            <w:top w:val="none" w:sz="0" w:space="0" w:color="auto"/>
            <w:left w:val="none" w:sz="0" w:space="0" w:color="auto"/>
            <w:bottom w:val="none" w:sz="0" w:space="0" w:color="auto"/>
            <w:right w:val="none" w:sz="0" w:space="0" w:color="auto"/>
          </w:divBdr>
        </w:div>
        <w:div w:id="168181305">
          <w:marLeft w:val="0"/>
          <w:marRight w:val="0"/>
          <w:marTop w:val="0"/>
          <w:marBottom w:val="0"/>
          <w:divBdr>
            <w:top w:val="none" w:sz="0" w:space="0" w:color="auto"/>
            <w:left w:val="none" w:sz="0" w:space="0" w:color="auto"/>
            <w:bottom w:val="none" w:sz="0" w:space="0" w:color="auto"/>
            <w:right w:val="none" w:sz="0" w:space="0" w:color="auto"/>
          </w:divBdr>
        </w:div>
        <w:div w:id="497891690">
          <w:marLeft w:val="0"/>
          <w:marRight w:val="0"/>
          <w:marTop w:val="0"/>
          <w:marBottom w:val="0"/>
          <w:divBdr>
            <w:top w:val="none" w:sz="0" w:space="0" w:color="auto"/>
            <w:left w:val="none" w:sz="0" w:space="0" w:color="auto"/>
            <w:bottom w:val="none" w:sz="0" w:space="0" w:color="auto"/>
            <w:right w:val="none" w:sz="0" w:space="0" w:color="auto"/>
          </w:divBdr>
        </w:div>
        <w:div w:id="722681873">
          <w:marLeft w:val="0"/>
          <w:marRight w:val="0"/>
          <w:marTop w:val="0"/>
          <w:marBottom w:val="0"/>
          <w:divBdr>
            <w:top w:val="none" w:sz="0" w:space="0" w:color="auto"/>
            <w:left w:val="none" w:sz="0" w:space="0" w:color="auto"/>
            <w:bottom w:val="none" w:sz="0" w:space="0" w:color="auto"/>
            <w:right w:val="none" w:sz="0" w:space="0" w:color="auto"/>
          </w:divBdr>
        </w:div>
        <w:div w:id="2031177144">
          <w:marLeft w:val="0"/>
          <w:marRight w:val="0"/>
          <w:marTop w:val="0"/>
          <w:marBottom w:val="0"/>
          <w:divBdr>
            <w:top w:val="none" w:sz="0" w:space="0" w:color="auto"/>
            <w:left w:val="none" w:sz="0" w:space="0" w:color="auto"/>
            <w:bottom w:val="none" w:sz="0" w:space="0" w:color="auto"/>
            <w:right w:val="none" w:sz="0" w:space="0" w:color="auto"/>
          </w:divBdr>
        </w:div>
        <w:div w:id="903838215">
          <w:marLeft w:val="0"/>
          <w:marRight w:val="0"/>
          <w:marTop w:val="0"/>
          <w:marBottom w:val="0"/>
          <w:divBdr>
            <w:top w:val="none" w:sz="0" w:space="0" w:color="auto"/>
            <w:left w:val="none" w:sz="0" w:space="0" w:color="auto"/>
            <w:bottom w:val="none" w:sz="0" w:space="0" w:color="auto"/>
            <w:right w:val="none" w:sz="0" w:space="0" w:color="auto"/>
          </w:divBdr>
        </w:div>
        <w:div w:id="2106800978">
          <w:marLeft w:val="0"/>
          <w:marRight w:val="0"/>
          <w:marTop w:val="0"/>
          <w:marBottom w:val="0"/>
          <w:divBdr>
            <w:top w:val="none" w:sz="0" w:space="0" w:color="auto"/>
            <w:left w:val="none" w:sz="0" w:space="0" w:color="auto"/>
            <w:bottom w:val="none" w:sz="0" w:space="0" w:color="auto"/>
            <w:right w:val="none" w:sz="0" w:space="0" w:color="auto"/>
          </w:divBdr>
        </w:div>
        <w:div w:id="1194422549">
          <w:marLeft w:val="0"/>
          <w:marRight w:val="0"/>
          <w:marTop w:val="0"/>
          <w:marBottom w:val="0"/>
          <w:divBdr>
            <w:top w:val="none" w:sz="0" w:space="0" w:color="auto"/>
            <w:left w:val="none" w:sz="0" w:space="0" w:color="auto"/>
            <w:bottom w:val="none" w:sz="0" w:space="0" w:color="auto"/>
            <w:right w:val="none" w:sz="0" w:space="0" w:color="auto"/>
          </w:divBdr>
        </w:div>
        <w:div w:id="1355224843">
          <w:marLeft w:val="0"/>
          <w:marRight w:val="0"/>
          <w:marTop w:val="0"/>
          <w:marBottom w:val="0"/>
          <w:divBdr>
            <w:top w:val="none" w:sz="0" w:space="0" w:color="auto"/>
            <w:left w:val="none" w:sz="0" w:space="0" w:color="auto"/>
            <w:bottom w:val="none" w:sz="0" w:space="0" w:color="auto"/>
            <w:right w:val="none" w:sz="0" w:space="0" w:color="auto"/>
          </w:divBdr>
        </w:div>
        <w:div w:id="960112668">
          <w:marLeft w:val="0"/>
          <w:marRight w:val="0"/>
          <w:marTop w:val="0"/>
          <w:marBottom w:val="0"/>
          <w:divBdr>
            <w:top w:val="none" w:sz="0" w:space="0" w:color="auto"/>
            <w:left w:val="none" w:sz="0" w:space="0" w:color="auto"/>
            <w:bottom w:val="none" w:sz="0" w:space="0" w:color="auto"/>
            <w:right w:val="none" w:sz="0" w:space="0" w:color="auto"/>
          </w:divBdr>
        </w:div>
        <w:div w:id="1446391887">
          <w:marLeft w:val="0"/>
          <w:marRight w:val="0"/>
          <w:marTop w:val="0"/>
          <w:marBottom w:val="0"/>
          <w:divBdr>
            <w:top w:val="none" w:sz="0" w:space="0" w:color="auto"/>
            <w:left w:val="none" w:sz="0" w:space="0" w:color="auto"/>
            <w:bottom w:val="none" w:sz="0" w:space="0" w:color="auto"/>
            <w:right w:val="none" w:sz="0" w:space="0" w:color="auto"/>
          </w:divBdr>
        </w:div>
        <w:div w:id="1606376355">
          <w:marLeft w:val="0"/>
          <w:marRight w:val="0"/>
          <w:marTop w:val="0"/>
          <w:marBottom w:val="0"/>
          <w:divBdr>
            <w:top w:val="none" w:sz="0" w:space="0" w:color="auto"/>
            <w:left w:val="none" w:sz="0" w:space="0" w:color="auto"/>
            <w:bottom w:val="none" w:sz="0" w:space="0" w:color="auto"/>
            <w:right w:val="none" w:sz="0" w:space="0" w:color="auto"/>
          </w:divBdr>
        </w:div>
        <w:div w:id="592863591">
          <w:marLeft w:val="0"/>
          <w:marRight w:val="0"/>
          <w:marTop w:val="0"/>
          <w:marBottom w:val="0"/>
          <w:divBdr>
            <w:top w:val="none" w:sz="0" w:space="0" w:color="auto"/>
            <w:left w:val="none" w:sz="0" w:space="0" w:color="auto"/>
            <w:bottom w:val="none" w:sz="0" w:space="0" w:color="auto"/>
            <w:right w:val="none" w:sz="0" w:space="0" w:color="auto"/>
          </w:divBdr>
        </w:div>
        <w:div w:id="1635210188">
          <w:marLeft w:val="0"/>
          <w:marRight w:val="0"/>
          <w:marTop w:val="0"/>
          <w:marBottom w:val="0"/>
          <w:divBdr>
            <w:top w:val="none" w:sz="0" w:space="0" w:color="auto"/>
            <w:left w:val="none" w:sz="0" w:space="0" w:color="auto"/>
            <w:bottom w:val="none" w:sz="0" w:space="0" w:color="auto"/>
            <w:right w:val="none" w:sz="0" w:space="0" w:color="auto"/>
          </w:divBdr>
        </w:div>
        <w:div w:id="1737631582">
          <w:marLeft w:val="0"/>
          <w:marRight w:val="0"/>
          <w:marTop w:val="0"/>
          <w:marBottom w:val="0"/>
          <w:divBdr>
            <w:top w:val="none" w:sz="0" w:space="0" w:color="auto"/>
            <w:left w:val="none" w:sz="0" w:space="0" w:color="auto"/>
            <w:bottom w:val="none" w:sz="0" w:space="0" w:color="auto"/>
            <w:right w:val="none" w:sz="0" w:space="0" w:color="auto"/>
          </w:divBdr>
        </w:div>
        <w:div w:id="1627390958">
          <w:marLeft w:val="0"/>
          <w:marRight w:val="0"/>
          <w:marTop w:val="0"/>
          <w:marBottom w:val="0"/>
          <w:divBdr>
            <w:top w:val="none" w:sz="0" w:space="0" w:color="auto"/>
            <w:left w:val="none" w:sz="0" w:space="0" w:color="auto"/>
            <w:bottom w:val="none" w:sz="0" w:space="0" w:color="auto"/>
            <w:right w:val="none" w:sz="0" w:space="0" w:color="auto"/>
          </w:divBdr>
        </w:div>
        <w:div w:id="1562015926">
          <w:marLeft w:val="0"/>
          <w:marRight w:val="0"/>
          <w:marTop w:val="0"/>
          <w:marBottom w:val="0"/>
          <w:divBdr>
            <w:top w:val="none" w:sz="0" w:space="0" w:color="auto"/>
            <w:left w:val="none" w:sz="0" w:space="0" w:color="auto"/>
            <w:bottom w:val="none" w:sz="0" w:space="0" w:color="auto"/>
            <w:right w:val="none" w:sz="0" w:space="0" w:color="auto"/>
          </w:divBdr>
        </w:div>
      </w:divsChild>
    </w:div>
    <w:div w:id="373583407">
      <w:bodyDiv w:val="1"/>
      <w:marLeft w:val="0"/>
      <w:marRight w:val="0"/>
      <w:marTop w:val="0"/>
      <w:marBottom w:val="0"/>
      <w:divBdr>
        <w:top w:val="none" w:sz="0" w:space="0" w:color="auto"/>
        <w:left w:val="none" w:sz="0" w:space="0" w:color="auto"/>
        <w:bottom w:val="none" w:sz="0" w:space="0" w:color="auto"/>
        <w:right w:val="none" w:sz="0" w:space="0" w:color="auto"/>
      </w:divBdr>
      <w:divsChild>
        <w:div w:id="261038137">
          <w:marLeft w:val="0"/>
          <w:marRight w:val="0"/>
          <w:marTop w:val="0"/>
          <w:marBottom w:val="0"/>
          <w:divBdr>
            <w:top w:val="none" w:sz="0" w:space="0" w:color="auto"/>
            <w:left w:val="none" w:sz="0" w:space="0" w:color="auto"/>
            <w:bottom w:val="none" w:sz="0" w:space="0" w:color="auto"/>
            <w:right w:val="none" w:sz="0" w:space="0" w:color="auto"/>
          </w:divBdr>
        </w:div>
        <w:div w:id="990408072">
          <w:marLeft w:val="0"/>
          <w:marRight w:val="0"/>
          <w:marTop w:val="0"/>
          <w:marBottom w:val="0"/>
          <w:divBdr>
            <w:top w:val="none" w:sz="0" w:space="0" w:color="auto"/>
            <w:left w:val="none" w:sz="0" w:space="0" w:color="auto"/>
            <w:bottom w:val="none" w:sz="0" w:space="0" w:color="auto"/>
            <w:right w:val="none" w:sz="0" w:space="0" w:color="auto"/>
          </w:divBdr>
        </w:div>
      </w:divsChild>
    </w:div>
    <w:div w:id="856381299">
      <w:bodyDiv w:val="1"/>
      <w:marLeft w:val="0"/>
      <w:marRight w:val="0"/>
      <w:marTop w:val="0"/>
      <w:marBottom w:val="0"/>
      <w:divBdr>
        <w:top w:val="none" w:sz="0" w:space="0" w:color="auto"/>
        <w:left w:val="none" w:sz="0" w:space="0" w:color="auto"/>
        <w:bottom w:val="none" w:sz="0" w:space="0" w:color="auto"/>
        <w:right w:val="none" w:sz="0" w:space="0" w:color="auto"/>
      </w:divBdr>
      <w:divsChild>
        <w:div w:id="433283407">
          <w:marLeft w:val="0"/>
          <w:marRight w:val="0"/>
          <w:marTop w:val="0"/>
          <w:marBottom w:val="0"/>
          <w:divBdr>
            <w:top w:val="none" w:sz="0" w:space="0" w:color="auto"/>
            <w:left w:val="none" w:sz="0" w:space="0" w:color="auto"/>
            <w:bottom w:val="none" w:sz="0" w:space="0" w:color="auto"/>
            <w:right w:val="none" w:sz="0" w:space="0" w:color="auto"/>
          </w:divBdr>
        </w:div>
        <w:div w:id="785777252">
          <w:marLeft w:val="0"/>
          <w:marRight w:val="0"/>
          <w:marTop w:val="0"/>
          <w:marBottom w:val="0"/>
          <w:divBdr>
            <w:top w:val="none" w:sz="0" w:space="0" w:color="auto"/>
            <w:left w:val="none" w:sz="0" w:space="0" w:color="auto"/>
            <w:bottom w:val="none" w:sz="0" w:space="0" w:color="auto"/>
            <w:right w:val="none" w:sz="0" w:space="0" w:color="auto"/>
          </w:divBdr>
        </w:div>
      </w:divsChild>
    </w:div>
    <w:div w:id="926042362">
      <w:bodyDiv w:val="1"/>
      <w:marLeft w:val="0"/>
      <w:marRight w:val="0"/>
      <w:marTop w:val="0"/>
      <w:marBottom w:val="0"/>
      <w:divBdr>
        <w:top w:val="none" w:sz="0" w:space="0" w:color="auto"/>
        <w:left w:val="none" w:sz="0" w:space="0" w:color="auto"/>
        <w:bottom w:val="none" w:sz="0" w:space="0" w:color="auto"/>
        <w:right w:val="none" w:sz="0" w:space="0" w:color="auto"/>
      </w:divBdr>
      <w:divsChild>
        <w:div w:id="55711823">
          <w:marLeft w:val="0"/>
          <w:marRight w:val="0"/>
          <w:marTop w:val="0"/>
          <w:marBottom w:val="0"/>
          <w:divBdr>
            <w:top w:val="none" w:sz="0" w:space="0" w:color="auto"/>
            <w:left w:val="none" w:sz="0" w:space="0" w:color="auto"/>
            <w:bottom w:val="none" w:sz="0" w:space="0" w:color="auto"/>
            <w:right w:val="none" w:sz="0" w:space="0" w:color="auto"/>
          </w:divBdr>
        </w:div>
        <w:div w:id="629365935">
          <w:marLeft w:val="0"/>
          <w:marRight w:val="0"/>
          <w:marTop w:val="0"/>
          <w:marBottom w:val="0"/>
          <w:divBdr>
            <w:top w:val="none" w:sz="0" w:space="0" w:color="auto"/>
            <w:left w:val="none" w:sz="0" w:space="0" w:color="auto"/>
            <w:bottom w:val="none" w:sz="0" w:space="0" w:color="auto"/>
            <w:right w:val="none" w:sz="0" w:space="0" w:color="auto"/>
          </w:divBdr>
        </w:div>
      </w:divsChild>
    </w:div>
    <w:div w:id="938106182">
      <w:bodyDiv w:val="1"/>
      <w:marLeft w:val="0"/>
      <w:marRight w:val="0"/>
      <w:marTop w:val="0"/>
      <w:marBottom w:val="0"/>
      <w:divBdr>
        <w:top w:val="none" w:sz="0" w:space="0" w:color="auto"/>
        <w:left w:val="none" w:sz="0" w:space="0" w:color="auto"/>
        <w:bottom w:val="none" w:sz="0" w:space="0" w:color="auto"/>
        <w:right w:val="none" w:sz="0" w:space="0" w:color="auto"/>
      </w:divBdr>
      <w:divsChild>
        <w:div w:id="1823809790">
          <w:marLeft w:val="0"/>
          <w:marRight w:val="0"/>
          <w:marTop w:val="0"/>
          <w:marBottom w:val="0"/>
          <w:divBdr>
            <w:top w:val="none" w:sz="0" w:space="0" w:color="auto"/>
            <w:left w:val="none" w:sz="0" w:space="0" w:color="auto"/>
            <w:bottom w:val="none" w:sz="0" w:space="0" w:color="auto"/>
            <w:right w:val="none" w:sz="0" w:space="0" w:color="auto"/>
          </w:divBdr>
        </w:div>
        <w:div w:id="1552493949">
          <w:marLeft w:val="0"/>
          <w:marRight w:val="0"/>
          <w:marTop w:val="0"/>
          <w:marBottom w:val="0"/>
          <w:divBdr>
            <w:top w:val="none" w:sz="0" w:space="0" w:color="auto"/>
            <w:left w:val="none" w:sz="0" w:space="0" w:color="auto"/>
            <w:bottom w:val="none" w:sz="0" w:space="0" w:color="auto"/>
            <w:right w:val="none" w:sz="0" w:space="0" w:color="auto"/>
          </w:divBdr>
        </w:div>
        <w:div w:id="7566948">
          <w:marLeft w:val="0"/>
          <w:marRight w:val="0"/>
          <w:marTop w:val="0"/>
          <w:marBottom w:val="0"/>
          <w:divBdr>
            <w:top w:val="none" w:sz="0" w:space="0" w:color="auto"/>
            <w:left w:val="none" w:sz="0" w:space="0" w:color="auto"/>
            <w:bottom w:val="none" w:sz="0" w:space="0" w:color="auto"/>
            <w:right w:val="none" w:sz="0" w:space="0" w:color="auto"/>
          </w:divBdr>
        </w:div>
        <w:div w:id="1515920910">
          <w:marLeft w:val="0"/>
          <w:marRight w:val="0"/>
          <w:marTop w:val="0"/>
          <w:marBottom w:val="0"/>
          <w:divBdr>
            <w:top w:val="none" w:sz="0" w:space="0" w:color="auto"/>
            <w:left w:val="none" w:sz="0" w:space="0" w:color="auto"/>
            <w:bottom w:val="none" w:sz="0" w:space="0" w:color="auto"/>
            <w:right w:val="none" w:sz="0" w:space="0" w:color="auto"/>
          </w:divBdr>
        </w:div>
        <w:div w:id="1033506121">
          <w:marLeft w:val="0"/>
          <w:marRight w:val="0"/>
          <w:marTop w:val="0"/>
          <w:marBottom w:val="0"/>
          <w:divBdr>
            <w:top w:val="none" w:sz="0" w:space="0" w:color="auto"/>
            <w:left w:val="none" w:sz="0" w:space="0" w:color="auto"/>
            <w:bottom w:val="none" w:sz="0" w:space="0" w:color="auto"/>
            <w:right w:val="none" w:sz="0" w:space="0" w:color="auto"/>
          </w:divBdr>
        </w:div>
        <w:div w:id="1945989933">
          <w:marLeft w:val="0"/>
          <w:marRight w:val="0"/>
          <w:marTop w:val="0"/>
          <w:marBottom w:val="0"/>
          <w:divBdr>
            <w:top w:val="none" w:sz="0" w:space="0" w:color="auto"/>
            <w:left w:val="none" w:sz="0" w:space="0" w:color="auto"/>
            <w:bottom w:val="none" w:sz="0" w:space="0" w:color="auto"/>
            <w:right w:val="none" w:sz="0" w:space="0" w:color="auto"/>
          </w:divBdr>
        </w:div>
      </w:divsChild>
    </w:div>
    <w:div w:id="1124807223">
      <w:bodyDiv w:val="1"/>
      <w:marLeft w:val="0"/>
      <w:marRight w:val="0"/>
      <w:marTop w:val="0"/>
      <w:marBottom w:val="0"/>
      <w:divBdr>
        <w:top w:val="none" w:sz="0" w:space="0" w:color="auto"/>
        <w:left w:val="none" w:sz="0" w:space="0" w:color="auto"/>
        <w:bottom w:val="none" w:sz="0" w:space="0" w:color="auto"/>
        <w:right w:val="none" w:sz="0" w:space="0" w:color="auto"/>
      </w:divBdr>
    </w:div>
    <w:div w:id="1198657906">
      <w:bodyDiv w:val="1"/>
      <w:marLeft w:val="0"/>
      <w:marRight w:val="0"/>
      <w:marTop w:val="0"/>
      <w:marBottom w:val="0"/>
      <w:divBdr>
        <w:top w:val="none" w:sz="0" w:space="0" w:color="auto"/>
        <w:left w:val="none" w:sz="0" w:space="0" w:color="auto"/>
        <w:bottom w:val="none" w:sz="0" w:space="0" w:color="auto"/>
        <w:right w:val="none" w:sz="0" w:space="0" w:color="auto"/>
      </w:divBdr>
      <w:divsChild>
        <w:div w:id="1591305725">
          <w:marLeft w:val="0"/>
          <w:marRight w:val="0"/>
          <w:marTop w:val="0"/>
          <w:marBottom w:val="0"/>
          <w:divBdr>
            <w:top w:val="none" w:sz="0" w:space="0" w:color="auto"/>
            <w:left w:val="none" w:sz="0" w:space="0" w:color="auto"/>
            <w:bottom w:val="none" w:sz="0" w:space="0" w:color="auto"/>
            <w:right w:val="none" w:sz="0" w:space="0" w:color="auto"/>
          </w:divBdr>
        </w:div>
        <w:div w:id="495728756">
          <w:marLeft w:val="0"/>
          <w:marRight w:val="0"/>
          <w:marTop w:val="0"/>
          <w:marBottom w:val="0"/>
          <w:divBdr>
            <w:top w:val="none" w:sz="0" w:space="0" w:color="auto"/>
            <w:left w:val="none" w:sz="0" w:space="0" w:color="auto"/>
            <w:bottom w:val="none" w:sz="0" w:space="0" w:color="auto"/>
            <w:right w:val="none" w:sz="0" w:space="0" w:color="auto"/>
          </w:divBdr>
        </w:div>
      </w:divsChild>
    </w:div>
    <w:div w:id="1555703631">
      <w:bodyDiv w:val="1"/>
      <w:marLeft w:val="0"/>
      <w:marRight w:val="0"/>
      <w:marTop w:val="0"/>
      <w:marBottom w:val="0"/>
      <w:divBdr>
        <w:top w:val="none" w:sz="0" w:space="0" w:color="auto"/>
        <w:left w:val="none" w:sz="0" w:space="0" w:color="auto"/>
        <w:bottom w:val="none" w:sz="0" w:space="0" w:color="auto"/>
        <w:right w:val="none" w:sz="0" w:space="0" w:color="auto"/>
      </w:divBdr>
    </w:div>
    <w:div w:id="1590843506">
      <w:bodyDiv w:val="1"/>
      <w:marLeft w:val="0"/>
      <w:marRight w:val="0"/>
      <w:marTop w:val="0"/>
      <w:marBottom w:val="0"/>
      <w:divBdr>
        <w:top w:val="none" w:sz="0" w:space="0" w:color="auto"/>
        <w:left w:val="none" w:sz="0" w:space="0" w:color="auto"/>
        <w:bottom w:val="none" w:sz="0" w:space="0" w:color="auto"/>
        <w:right w:val="none" w:sz="0" w:space="0" w:color="auto"/>
      </w:divBdr>
      <w:divsChild>
        <w:div w:id="672952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892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458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818387">
      <w:bodyDiv w:val="1"/>
      <w:marLeft w:val="0"/>
      <w:marRight w:val="0"/>
      <w:marTop w:val="0"/>
      <w:marBottom w:val="0"/>
      <w:divBdr>
        <w:top w:val="none" w:sz="0" w:space="0" w:color="auto"/>
        <w:left w:val="none" w:sz="0" w:space="0" w:color="auto"/>
        <w:bottom w:val="none" w:sz="0" w:space="0" w:color="auto"/>
        <w:right w:val="none" w:sz="0" w:space="0" w:color="auto"/>
      </w:divBdr>
      <w:divsChild>
        <w:div w:id="484710829">
          <w:marLeft w:val="0"/>
          <w:marRight w:val="0"/>
          <w:marTop w:val="0"/>
          <w:marBottom w:val="0"/>
          <w:divBdr>
            <w:top w:val="none" w:sz="0" w:space="0" w:color="auto"/>
            <w:left w:val="none" w:sz="0" w:space="0" w:color="auto"/>
            <w:bottom w:val="none" w:sz="0" w:space="0" w:color="auto"/>
            <w:right w:val="none" w:sz="0" w:space="0" w:color="auto"/>
          </w:divBdr>
        </w:div>
        <w:div w:id="1891453372">
          <w:marLeft w:val="0"/>
          <w:marRight w:val="0"/>
          <w:marTop w:val="0"/>
          <w:marBottom w:val="0"/>
          <w:divBdr>
            <w:top w:val="none" w:sz="0" w:space="0" w:color="auto"/>
            <w:left w:val="none" w:sz="0" w:space="0" w:color="auto"/>
            <w:bottom w:val="none" w:sz="0" w:space="0" w:color="auto"/>
            <w:right w:val="none" w:sz="0" w:space="0" w:color="auto"/>
          </w:divBdr>
        </w:div>
      </w:divsChild>
    </w:div>
    <w:div w:id="1679230493">
      <w:bodyDiv w:val="1"/>
      <w:marLeft w:val="0"/>
      <w:marRight w:val="0"/>
      <w:marTop w:val="0"/>
      <w:marBottom w:val="0"/>
      <w:divBdr>
        <w:top w:val="none" w:sz="0" w:space="0" w:color="auto"/>
        <w:left w:val="none" w:sz="0" w:space="0" w:color="auto"/>
        <w:bottom w:val="none" w:sz="0" w:space="0" w:color="auto"/>
        <w:right w:val="none" w:sz="0" w:space="0" w:color="auto"/>
      </w:divBdr>
      <w:divsChild>
        <w:div w:id="1641419258">
          <w:marLeft w:val="0"/>
          <w:marRight w:val="0"/>
          <w:marTop w:val="0"/>
          <w:marBottom w:val="0"/>
          <w:divBdr>
            <w:top w:val="none" w:sz="0" w:space="0" w:color="auto"/>
            <w:left w:val="none" w:sz="0" w:space="0" w:color="auto"/>
            <w:bottom w:val="none" w:sz="0" w:space="0" w:color="auto"/>
            <w:right w:val="none" w:sz="0" w:space="0" w:color="auto"/>
          </w:divBdr>
          <w:divsChild>
            <w:div w:id="1008676476">
              <w:marLeft w:val="0"/>
              <w:marRight w:val="0"/>
              <w:marTop w:val="0"/>
              <w:marBottom w:val="0"/>
              <w:divBdr>
                <w:top w:val="none" w:sz="0" w:space="0" w:color="auto"/>
                <w:left w:val="none" w:sz="0" w:space="0" w:color="auto"/>
                <w:bottom w:val="none" w:sz="0" w:space="0" w:color="auto"/>
                <w:right w:val="none" w:sz="0" w:space="0" w:color="auto"/>
              </w:divBdr>
              <w:divsChild>
                <w:div w:id="179272961">
                  <w:marLeft w:val="0"/>
                  <w:marRight w:val="0"/>
                  <w:marTop w:val="0"/>
                  <w:marBottom w:val="0"/>
                  <w:divBdr>
                    <w:top w:val="none" w:sz="0" w:space="0" w:color="auto"/>
                    <w:left w:val="none" w:sz="0" w:space="0" w:color="auto"/>
                    <w:bottom w:val="none" w:sz="0" w:space="0" w:color="auto"/>
                    <w:right w:val="none" w:sz="0" w:space="0" w:color="auto"/>
                  </w:divBdr>
                  <w:divsChild>
                    <w:div w:id="1755735678">
                      <w:marLeft w:val="0"/>
                      <w:marRight w:val="0"/>
                      <w:marTop w:val="0"/>
                      <w:marBottom w:val="0"/>
                      <w:divBdr>
                        <w:top w:val="none" w:sz="0" w:space="0" w:color="auto"/>
                        <w:left w:val="none" w:sz="0" w:space="0" w:color="auto"/>
                        <w:bottom w:val="none" w:sz="0" w:space="0" w:color="auto"/>
                        <w:right w:val="none" w:sz="0" w:space="0" w:color="auto"/>
                      </w:divBdr>
                      <w:divsChild>
                        <w:div w:id="183596833">
                          <w:marLeft w:val="0"/>
                          <w:marRight w:val="0"/>
                          <w:marTop w:val="0"/>
                          <w:marBottom w:val="0"/>
                          <w:divBdr>
                            <w:top w:val="none" w:sz="0" w:space="0" w:color="auto"/>
                            <w:left w:val="none" w:sz="0" w:space="0" w:color="auto"/>
                            <w:bottom w:val="none" w:sz="0" w:space="0" w:color="auto"/>
                            <w:right w:val="none" w:sz="0" w:space="0" w:color="auto"/>
                          </w:divBdr>
                          <w:divsChild>
                            <w:div w:id="1555000825">
                              <w:marLeft w:val="0"/>
                              <w:marRight w:val="0"/>
                              <w:marTop w:val="0"/>
                              <w:marBottom w:val="0"/>
                              <w:divBdr>
                                <w:top w:val="none" w:sz="0" w:space="0" w:color="auto"/>
                                <w:left w:val="none" w:sz="0" w:space="0" w:color="auto"/>
                                <w:bottom w:val="none" w:sz="0" w:space="0" w:color="auto"/>
                                <w:right w:val="none" w:sz="0" w:space="0" w:color="auto"/>
                              </w:divBdr>
                              <w:divsChild>
                                <w:div w:id="1536773705">
                                  <w:marLeft w:val="0"/>
                                  <w:marRight w:val="0"/>
                                  <w:marTop w:val="0"/>
                                  <w:marBottom w:val="0"/>
                                  <w:divBdr>
                                    <w:top w:val="none" w:sz="0" w:space="0" w:color="auto"/>
                                    <w:left w:val="none" w:sz="0" w:space="0" w:color="auto"/>
                                    <w:bottom w:val="none" w:sz="0" w:space="0" w:color="auto"/>
                                    <w:right w:val="none" w:sz="0" w:space="0" w:color="auto"/>
                                  </w:divBdr>
                                  <w:divsChild>
                                    <w:div w:id="271478190">
                                      <w:marLeft w:val="0"/>
                                      <w:marRight w:val="0"/>
                                      <w:marTop w:val="0"/>
                                      <w:marBottom w:val="0"/>
                                      <w:divBdr>
                                        <w:top w:val="none" w:sz="0" w:space="0" w:color="auto"/>
                                        <w:left w:val="none" w:sz="0" w:space="0" w:color="auto"/>
                                        <w:bottom w:val="none" w:sz="0" w:space="0" w:color="auto"/>
                                        <w:right w:val="none" w:sz="0" w:space="0" w:color="auto"/>
                                      </w:divBdr>
                                      <w:divsChild>
                                        <w:div w:id="1996908318">
                                          <w:marLeft w:val="0"/>
                                          <w:marRight w:val="0"/>
                                          <w:marTop w:val="0"/>
                                          <w:marBottom w:val="0"/>
                                          <w:divBdr>
                                            <w:top w:val="none" w:sz="0" w:space="0" w:color="auto"/>
                                            <w:left w:val="none" w:sz="0" w:space="0" w:color="auto"/>
                                            <w:bottom w:val="none" w:sz="0" w:space="0" w:color="auto"/>
                                            <w:right w:val="none" w:sz="0" w:space="0" w:color="auto"/>
                                          </w:divBdr>
                                          <w:divsChild>
                                            <w:div w:id="1804887220">
                                              <w:marLeft w:val="0"/>
                                              <w:marRight w:val="0"/>
                                              <w:marTop w:val="0"/>
                                              <w:marBottom w:val="0"/>
                                              <w:divBdr>
                                                <w:top w:val="none" w:sz="0" w:space="0" w:color="auto"/>
                                                <w:left w:val="none" w:sz="0" w:space="0" w:color="auto"/>
                                                <w:bottom w:val="none" w:sz="0" w:space="0" w:color="auto"/>
                                                <w:right w:val="none" w:sz="0" w:space="0" w:color="auto"/>
                                              </w:divBdr>
                                              <w:divsChild>
                                                <w:div w:id="1461994744">
                                                  <w:marLeft w:val="0"/>
                                                  <w:marRight w:val="0"/>
                                                  <w:marTop w:val="0"/>
                                                  <w:marBottom w:val="0"/>
                                                  <w:divBdr>
                                                    <w:top w:val="none" w:sz="0" w:space="0" w:color="auto"/>
                                                    <w:left w:val="none" w:sz="0" w:space="0" w:color="auto"/>
                                                    <w:bottom w:val="none" w:sz="0" w:space="0" w:color="auto"/>
                                                    <w:right w:val="none" w:sz="0" w:space="0" w:color="auto"/>
                                                  </w:divBdr>
                                                  <w:divsChild>
                                                    <w:div w:id="7851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263063">
                          <w:marLeft w:val="0"/>
                          <w:marRight w:val="0"/>
                          <w:marTop w:val="0"/>
                          <w:marBottom w:val="0"/>
                          <w:divBdr>
                            <w:top w:val="none" w:sz="0" w:space="0" w:color="auto"/>
                            <w:left w:val="none" w:sz="0" w:space="0" w:color="auto"/>
                            <w:bottom w:val="none" w:sz="0" w:space="0" w:color="auto"/>
                            <w:right w:val="none" w:sz="0" w:space="0" w:color="auto"/>
                          </w:divBdr>
                          <w:divsChild>
                            <w:div w:id="1881043563">
                              <w:marLeft w:val="0"/>
                              <w:marRight w:val="0"/>
                              <w:marTop w:val="0"/>
                              <w:marBottom w:val="0"/>
                              <w:divBdr>
                                <w:top w:val="none" w:sz="0" w:space="0" w:color="auto"/>
                                <w:left w:val="none" w:sz="0" w:space="0" w:color="auto"/>
                                <w:bottom w:val="none" w:sz="0" w:space="0" w:color="auto"/>
                                <w:right w:val="none" w:sz="0" w:space="0" w:color="auto"/>
                              </w:divBdr>
                              <w:divsChild>
                                <w:div w:id="981957056">
                                  <w:marLeft w:val="0"/>
                                  <w:marRight w:val="0"/>
                                  <w:marTop w:val="0"/>
                                  <w:marBottom w:val="0"/>
                                  <w:divBdr>
                                    <w:top w:val="none" w:sz="0" w:space="0" w:color="auto"/>
                                    <w:left w:val="none" w:sz="0" w:space="0" w:color="auto"/>
                                    <w:bottom w:val="none" w:sz="0" w:space="0" w:color="auto"/>
                                    <w:right w:val="none" w:sz="0" w:space="0" w:color="auto"/>
                                  </w:divBdr>
                                  <w:divsChild>
                                    <w:div w:id="1923099039">
                                      <w:marLeft w:val="0"/>
                                      <w:marRight w:val="0"/>
                                      <w:marTop w:val="0"/>
                                      <w:marBottom w:val="0"/>
                                      <w:divBdr>
                                        <w:top w:val="none" w:sz="0" w:space="0" w:color="auto"/>
                                        <w:left w:val="none" w:sz="0" w:space="0" w:color="auto"/>
                                        <w:bottom w:val="none" w:sz="0" w:space="0" w:color="auto"/>
                                        <w:right w:val="none" w:sz="0" w:space="0" w:color="auto"/>
                                      </w:divBdr>
                                      <w:divsChild>
                                        <w:div w:id="163055736">
                                          <w:marLeft w:val="0"/>
                                          <w:marRight w:val="0"/>
                                          <w:marTop w:val="0"/>
                                          <w:marBottom w:val="0"/>
                                          <w:divBdr>
                                            <w:top w:val="none" w:sz="0" w:space="0" w:color="auto"/>
                                            <w:left w:val="none" w:sz="0" w:space="0" w:color="auto"/>
                                            <w:bottom w:val="none" w:sz="0" w:space="0" w:color="auto"/>
                                            <w:right w:val="none" w:sz="0" w:space="0" w:color="auto"/>
                                          </w:divBdr>
                                          <w:divsChild>
                                            <w:div w:id="222956275">
                                              <w:marLeft w:val="0"/>
                                              <w:marRight w:val="0"/>
                                              <w:marTop w:val="0"/>
                                              <w:marBottom w:val="0"/>
                                              <w:divBdr>
                                                <w:top w:val="none" w:sz="0" w:space="0" w:color="auto"/>
                                                <w:left w:val="none" w:sz="0" w:space="0" w:color="auto"/>
                                                <w:bottom w:val="none" w:sz="0" w:space="0" w:color="auto"/>
                                                <w:right w:val="none" w:sz="0" w:space="0" w:color="auto"/>
                                              </w:divBdr>
                                              <w:divsChild>
                                                <w:div w:id="2063093289">
                                                  <w:marLeft w:val="0"/>
                                                  <w:marRight w:val="0"/>
                                                  <w:marTop w:val="0"/>
                                                  <w:marBottom w:val="0"/>
                                                  <w:divBdr>
                                                    <w:top w:val="none" w:sz="0" w:space="0" w:color="auto"/>
                                                    <w:left w:val="none" w:sz="0" w:space="0" w:color="auto"/>
                                                    <w:bottom w:val="none" w:sz="0" w:space="0" w:color="auto"/>
                                                    <w:right w:val="none" w:sz="0" w:space="0" w:color="auto"/>
                                                  </w:divBdr>
                                                  <w:divsChild>
                                                    <w:div w:id="960191371">
                                                      <w:marLeft w:val="0"/>
                                                      <w:marRight w:val="0"/>
                                                      <w:marTop w:val="0"/>
                                                      <w:marBottom w:val="0"/>
                                                      <w:divBdr>
                                                        <w:top w:val="none" w:sz="0" w:space="0" w:color="auto"/>
                                                        <w:left w:val="none" w:sz="0" w:space="0" w:color="auto"/>
                                                        <w:bottom w:val="none" w:sz="0" w:space="0" w:color="auto"/>
                                                        <w:right w:val="none" w:sz="0" w:space="0" w:color="auto"/>
                                                      </w:divBdr>
                                                      <w:divsChild>
                                                        <w:div w:id="1471050148">
                                                          <w:marLeft w:val="0"/>
                                                          <w:marRight w:val="0"/>
                                                          <w:marTop w:val="0"/>
                                                          <w:marBottom w:val="0"/>
                                                          <w:divBdr>
                                                            <w:top w:val="none" w:sz="0" w:space="0" w:color="auto"/>
                                                            <w:left w:val="none" w:sz="0" w:space="0" w:color="auto"/>
                                                            <w:bottom w:val="none" w:sz="0" w:space="0" w:color="auto"/>
                                                            <w:right w:val="none" w:sz="0" w:space="0" w:color="auto"/>
                                                          </w:divBdr>
                                                          <w:divsChild>
                                                            <w:div w:id="16852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36266">
                          <w:marLeft w:val="0"/>
                          <w:marRight w:val="0"/>
                          <w:marTop w:val="0"/>
                          <w:marBottom w:val="0"/>
                          <w:divBdr>
                            <w:top w:val="none" w:sz="0" w:space="0" w:color="auto"/>
                            <w:left w:val="none" w:sz="0" w:space="0" w:color="auto"/>
                            <w:bottom w:val="none" w:sz="0" w:space="0" w:color="auto"/>
                            <w:right w:val="none" w:sz="0" w:space="0" w:color="auto"/>
                          </w:divBdr>
                          <w:divsChild>
                            <w:div w:id="676080003">
                              <w:marLeft w:val="0"/>
                              <w:marRight w:val="0"/>
                              <w:marTop w:val="0"/>
                              <w:marBottom w:val="0"/>
                              <w:divBdr>
                                <w:top w:val="none" w:sz="0" w:space="0" w:color="auto"/>
                                <w:left w:val="none" w:sz="0" w:space="0" w:color="auto"/>
                                <w:bottom w:val="none" w:sz="0" w:space="0" w:color="auto"/>
                                <w:right w:val="none" w:sz="0" w:space="0" w:color="auto"/>
                              </w:divBdr>
                              <w:divsChild>
                                <w:div w:id="1180239450">
                                  <w:marLeft w:val="0"/>
                                  <w:marRight w:val="0"/>
                                  <w:marTop w:val="0"/>
                                  <w:marBottom w:val="0"/>
                                  <w:divBdr>
                                    <w:top w:val="none" w:sz="0" w:space="0" w:color="auto"/>
                                    <w:left w:val="none" w:sz="0" w:space="0" w:color="auto"/>
                                    <w:bottom w:val="none" w:sz="0" w:space="0" w:color="auto"/>
                                    <w:right w:val="none" w:sz="0" w:space="0" w:color="auto"/>
                                  </w:divBdr>
                                  <w:divsChild>
                                    <w:div w:id="1818456230">
                                      <w:marLeft w:val="0"/>
                                      <w:marRight w:val="0"/>
                                      <w:marTop w:val="0"/>
                                      <w:marBottom w:val="0"/>
                                      <w:divBdr>
                                        <w:top w:val="none" w:sz="0" w:space="0" w:color="auto"/>
                                        <w:left w:val="none" w:sz="0" w:space="0" w:color="auto"/>
                                        <w:bottom w:val="none" w:sz="0" w:space="0" w:color="auto"/>
                                        <w:right w:val="none" w:sz="0" w:space="0" w:color="auto"/>
                                      </w:divBdr>
                                      <w:divsChild>
                                        <w:div w:id="1762682446">
                                          <w:marLeft w:val="0"/>
                                          <w:marRight w:val="0"/>
                                          <w:marTop w:val="0"/>
                                          <w:marBottom w:val="0"/>
                                          <w:divBdr>
                                            <w:top w:val="none" w:sz="0" w:space="0" w:color="auto"/>
                                            <w:left w:val="none" w:sz="0" w:space="0" w:color="auto"/>
                                            <w:bottom w:val="none" w:sz="0" w:space="0" w:color="auto"/>
                                            <w:right w:val="none" w:sz="0" w:space="0" w:color="auto"/>
                                          </w:divBdr>
                                          <w:divsChild>
                                            <w:div w:id="346905119">
                                              <w:marLeft w:val="0"/>
                                              <w:marRight w:val="0"/>
                                              <w:marTop w:val="0"/>
                                              <w:marBottom w:val="0"/>
                                              <w:divBdr>
                                                <w:top w:val="none" w:sz="0" w:space="0" w:color="auto"/>
                                                <w:left w:val="none" w:sz="0" w:space="0" w:color="auto"/>
                                                <w:bottom w:val="none" w:sz="0" w:space="0" w:color="auto"/>
                                                <w:right w:val="none" w:sz="0" w:space="0" w:color="auto"/>
                                              </w:divBdr>
                                              <w:divsChild>
                                                <w:div w:id="500899165">
                                                  <w:marLeft w:val="0"/>
                                                  <w:marRight w:val="0"/>
                                                  <w:marTop w:val="0"/>
                                                  <w:marBottom w:val="0"/>
                                                  <w:divBdr>
                                                    <w:top w:val="none" w:sz="0" w:space="0" w:color="auto"/>
                                                    <w:left w:val="none" w:sz="0" w:space="0" w:color="auto"/>
                                                    <w:bottom w:val="none" w:sz="0" w:space="0" w:color="auto"/>
                                                    <w:right w:val="none" w:sz="0" w:space="0" w:color="auto"/>
                                                  </w:divBdr>
                                                  <w:divsChild>
                                                    <w:div w:id="3626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90114">
                          <w:marLeft w:val="0"/>
                          <w:marRight w:val="0"/>
                          <w:marTop w:val="0"/>
                          <w:marBottom w:val="0"/>
                          <w:divBdr>
                            <w:top w:val="none" w:sz="0" w:space="0" w:color="auto"/>
                            <w:left w:val="none" w:sz="0" w:space="0" w:color="auto"/>
                            <w:bottom w:val="none" w:sz="0" w:space="0" w:color="auto"/>
                            <w:right w:val="none" w:sz="0" w:space="0" w:color="auto"/>
                          </w:divBdr>
                          <w:divsChild>
                            <w:div w:id="1475944816">
                              <w:marLeft w:val="0"/>
                              <w:marRight w:val="0"/>
                              <w:marTop w:val="0"/>
                              <w:marBottom w:val="0"/>
                              <w:divBdr>
                                <w:top w:val="none" w:sz="0" w:space="0" w:color="auto"/>
                                <w:left w:val="none" w:sz="0" w:space="0" w:color="auto"/>
                                <w:bottom w:val="none" w:sz="0" w:space="0" w:color="auto"/>
                                <w:right w:val="none" w:sz="0" w:space="0" w:color="auto"/>
                              </w:divBdr>
                              <w:divsChild>
                                <w:div w:id="905796924">
                                  <w:marLeft w:val="0"/>
                                  <w:marRight w:val="0"/>
                                  <w:marTop w:val="0"/>
                                  <w:marBottom w:val="0"/>
                                  <w:divBdr>
                                    <w:top w:val="none" w:sz="0" w:space="0" w:color="auto"/>
                                    <w:left w:val="none" w:sz="0" w:space="0" w:color="auto"/>
                                    <w:bottom w:val="none" w:sz="0" w:space="0" w:color="auto"/>
                                    <w:right w:val="none" w:sz="0" w:space="0" w:color="auto"/>
                                  </w:divBdr>
                                  <w:divsChild>
                                    <w:div w:id="633675963">
                                      <w:marLeft w:val="0"/>
                                      <w:marRight w:val="0"/>
                                      <w:marTop w:val="0"/>
                                      <w:marBottom w:val="0"/>
                                      <w:divBdr>
                                        <w:top w:val="none" w:sz="0" w:space="0" w:color="auto"/>
                                        <w:left w:val="none" w:sz="0" w:space="0" w:color="auto"/>
                                        <w:bottom w:val="none" w:sz="0" w:space="0" w:color="auto"/>
                                        <w:right w:val="none" w:sz="0" w:space="0" w:color="auto"/>
                                      </w:divBdr>
                                      <w:divsChild>
                                        <w:div w:id="521938410">
                                          <w:marLeft w:val="0"/>
                                          <w:marRight w:val="0"/>
                                          <w:marTop w:val="0"/>
                                          <w:marBottom w:val="0"/>
                                          <w:divBdr>
                                            <w:top w:val="none" w:sz="0" w:space="0" w:color="auto"/>
                                            <w:left w:val="none" w:sz="0" w:space="0" w:color="auto"/>
                                            <w:bottom w:val="none" w:sz="0" w:space="0" w:color="auto"/>
                                            <w:right w:val="none" w:sz="0" w:space="0" w:color="auto"/>
                                          </w:divBdr>
                                          <w:divsChild>
                                            <w:div w:id="2003199641">
                                              <w:marLeft w:val="0"/>
                                              <w:marRight w:val="0"/>
                                              <w:marTop w:val="0"/>
                                              <w:marBottom w:val="0"/>
                                              <w:divBdr>
                                                <w:top w:val="none" w:sz="0" w:space="0" w:color="auto"/>
                                                <w:left w:val="none" w:sz="0" w:space="0" w:color="auto"/>
                                                <w:bottom w:val="none" w:sz="0" w:space="0" w:color="auto"/>
                                                <w:right w:val="none" w:sz="0" w:space="0" w:color="auto"/>
                                              </w:divBdr>
                                              <w:divsChild>
                                                <w:div w:id="1711373360">
                                                  <w:marLeft w:val="0"/>
                                                  <w:marRight w:val="0"/>
                                                  <w:marTop w:val="0"/>
                                                  <w:marBottom w:val="0"/>
                                                  <w:divBdr>
                                                    <w:top w:val="none" w:sz="0" w:space="0" w:color="auto"/>
                                                    <w:left w:val="none" w:sz="0" w:space="0" w:color="auto"/>
                                                    <w:bottom w:val="none" w:sz="0" w:space="0" w:color="auto"/>
                                                    <w:right w:val="none" w:sz="0" w:space="0" w:color="auto"/>
                                                  </w:divBdr>
                                                  <w:divsChild>
                                                    <w:div w:id="492988833">
                                                      <w:marLeft w:val="0"/>
                                                      <w:marRight w:val="0"/>
                                                      <w:marTop w:val="0"/>
                                                      <w:marBottom w:val="0"/>
                                                      <w:divBdr>
                                                        <w:top w:val="none" w:sz="0" w:space="0" w:color="auto"/>
                                                        <w:left w:val="none" w:sz="0" w:space="0" w:color="auto"/>
                                                        <w:bottom w:val="none" w:sz="0" w:space="0" w:color="auto"/>
                                                        <w:right w:val="none" w:sz="0" w:space="0" w:color="auto"/>
                                                      </w:divBdr>
                                                      <w:divsChild>
                                                        <w:div w:id="133063951">
                                                          <w:marLeft w:val="0"/>
                                                          <w:marRight w:val="0"/>
                                                          <w:marTop w:val="0"/>
                                                          <w:marBottom w:val="0"/>
                                                          <w:divBdr>
                                                            <w:top w:val="none" w:sz="0" w:space="0" w:color="auto"/>
                                                            <w:left w:val="none" w:sz="0" w:space="0" w:color="auto"/>
                                                            <w:bottom w:val="none" w:sz="0" w:space="0" w:color="auto"/>
                                                            <w:right w:val="none" w:sz="0" w:space="0" w:color="auto"/>
                                                          </w:divBdr>
                                                          <w:divsChild>
                                                            <w:div w:id="6792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685012">
                          <w:marLeft w:val="0"/>
                          <w:marRight w:val="0"/>
                          <w:marTop w:val="0"/>
                          <w:marBottom w:val="0"/>
                          <w:divBdr>
                            <w:top w:val="none" w:sz="0" w:space="0" w:color="auto"/>
                            <w:left w:val="none" w:sz="0" w:space="0" w:color="auto"/>
                            <w:bottom w:val="none" w:sz="0" w:space="0" w:color="auto"/>
                            <w:right w:val="none" w:sz="0" w:space="0" w:color="auto"/>
                          </w:divBdr>
                          <w:divsChild>
                            <w:div w:id="835803043">
                              <w:marLeft w:val="0"/>
                              <w:marRight w:val="0"/>
                              <w:marTop w:val="0"/>
                              <w:marBottom w:val="0"/>
                              <w:divBdr>
                                <w:top w:val="none" w:sz="0" w:space="0" w:color="auto"/>
                                <w:left w:val="none" w:sz="0" w:space="0" w:color="auto"/>
                                <w:bottom w:val="none" w:sz="0" w:space="0" w:color="auto"/>
                                <w:right w:val="none" w:sz="0" w:space="0" w:color="auto"/>
                              </w:divBdr>
                              <w:divsChild>
                                <w:div w:id="749934935">
                                  <w:marLeft w:val="0"/>
                                  <w:marRight w:val="0"/>
                                  <w:marTop w:val="0"/>
                                  <w:marBottom w:val="0"/>
                                  <w:divBdr>
                                    <w:top w:val="none" w:sz="0" w:space="0" w:color="auto"/>
                                    <w:left w:val="none" w:sz="0" w:space="0" w:color="auto"/>
                                    <w:bottom w:val="none" w:sz="0" w:space="0" w:color="auto"/>
                                    <w:right w:val="none" w:sz="0" w:space="0" w:color="auto"/>
                                  </w:divBdr>
                                  <w:divsChild>
                                    <w:div w:id="1877616797">
                                      <w:marLeft w:val="0"/>
                                      <w:marRight w:val="0"/>
                                      <w:marTop w:val="0"/>
                                      <w:marBottom w:val="0"/>
                                      <w:divBdr>
                                        <w:top w:val="none" w:sz="0" w:space="0" w:color="auto"/>
                                        <w:left w:val="none" w:sz="0" w:space="0" w:color="auto"/>
                                        <w:bottom w:val="none" w:sz="0" w:space="0" w:color="auto"/>
                                        <w:right w:val="none" w:sz="0" w:space="0" w:color="auto"/>
                                      </w:divBdr>
                                      <w:divsChild>
                                        <w:div w:id="1800488517">
                                          <w:marLeft w:val="0"/>
                                          <w:marRight w:val="0"/>
                                          <w:marTop w:val="0"/>
                                          <w:marBottom w:val="0"/>
                                          <w:divBdr>
                                            <w:top w:val="none" w:sz="0" w:space="0" w:color="auto"/>
                                            <w:left w:val="none" w:sz="0" w:space="0" w:color="auto"/>
                                            <w:bottom w:val="none" w:sz="0" w:space="0" w:color="auto"/>
                                            <w:right w:val="none" w:sz="0" w:space="0" w:color="auto"/>
                                          </w:divBdr>
                                          <w:divsChild>
                                            <w:div w:id="1782912728">
                                              <w:marLeft w:val="0"/>
                                              <w:marRight w:val="0"/>
                                              <w:marTop w:val="0"/>
                                              <w:marBottom w:val="0"/>
                                              <w:divBdr>
                                                <w:top w:val="none" w:sz="0" w:space="0" w:color="auto"/>
                                                <w:left w:val="none" w:sz="0" w:space="0" w:color="auto"/>
                                                <w:bottom w:val="none" w:sz="0" w:space="0" w:color="auto"/>
                                                <w:right w:val="none" w:sz="0" w:space="0" w:color="auto"/>
                                              </w:divBdr>
                                              <w:divsChild>
                                                <w:div w:id="3126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2392">
          <w:marLeft w:val="0"/>
          <w:marRight w:val="0"/>
          <w:marTop w:val="0"/>
          <w:marBottom w:val="0"/>
          <w:divBdr>
            <w:top w:val="none" w:sz="0" w:space="0" w:color="auto"/>
            <w:left w:val="none" w:sz="0" w:space="0" w:color="auto"/>
            <w:bottom w:val="none" w:sz="0" w:space="0" w:color="auto"/>
            <w:right w:val="none" w:sz="0" w:space="0" w:color="auto"/>
          </w:divBdr>
          <w:divsChild>
            <w:div w:id="1839887352">
              <w:marLeft w:val="0"/>
              <w:marRight w:val="0"/>
              <w:marTop w:val="0"/>
              <w:marBottom w:val="0"/>
              <w:divBdr>
                <w:top w:val="none" w:sz="0" w:space="0" w:color="auto"/>
                <w:left w:val="none" w:sz="0" w:space="0" w:color="auto"/>
                <w:bottom w:val="none" w:sz="0" w:space="0" w:color="auto"/>
                <w:right w:val="none" w:sz="0" w:space="0" w:color="auto"/>
              </w:divBdr>
              <w:divsChild>
                <w:div w:id="1898394490">
                  <w:marLeft w:val="0"/>
                  <w:marRight w:val="0"/>
                  <w:marTop w:val="0"/>
                  <w:marBottom w:val="0"/>
                  <w:divBdr>
                    <w:top w:val="none" w:sz="0" w:space="0" w:color="auto"/>
                    <w:left w:val="none" w:sz="0" w:space="0" w:color="auto"/>
                    <w:bottom w:val="none" w:sz="0" w:space="0" w:color="auto"/>
                    <w:right w:val="none" w:sz="0" w:space="0" w:color="auto"/>
                  </w:divBdr>
                  <w:divsChild>
                    <w:div w:id="1768312043">
                      <w:marLeft w:val="0"/>
                      <w:marRight w:val="0"/>
                      <w:marTop w:val="0"/>
                      <w:marBottom w:val="0"/>
                      <w:divBdr>
                        <w:top w:val="none" w:sz="0" w:space="0" w:color="auto"/>
                        <w:left w:val="none" w:sz="0" w:space="0" w:color="auto"/>
                        <w:bottom w:val="none" w:sz="0" w:space="0" w:color="auto"/>
                        <w:right w:val="none" w:sz="0" w:space="0" w:color="auto"/>
                      </w:divBdr>
                      <w:divsChild>
                        <w:div w:id="2051876025">
                          <w:marLeft w:val="0"/>
                          <w:marRight w:val="0"/>
                          <w:marTop w:val="0"/>
                          <w:marBottom w:val="0"/>
                          <w:divBdr>
                            <w:top w:val="none" w:sz="0" w:space="0" w:color="auto"/>
                            <w:left w:val="none" w:sz="0" w:space="0" w:color="auto"/>
                            <w:bottom w:val="none" w:sz="0" w:space="0" w:color="auto"/>
                            <w:right w:val="none" w:sz="0" w:space="0" w:color="auto"/>
                          </w:divBdr>
                          <w:divsChild>
                            <w:div w:id="1301108191">
                              <w:marLeft w:val="0"/>
                              <w:marRight w:val="0"/>
                              <w:marTop w:val="0"/>
                              <w:marBottom w:val="0"/>
                              <w:divBdr>
                                <w:top w:val="none" w:sz="0" w:space="0" w:color="auto"/>
                                <w:left w:val="none" w:sz="0" w:space="0" w:color="auto"/>
                                <w:bottom w:val="none" w:sz="0" w:space="0" w:color="auto"/>
                                <w:right w:val="none" w:sz="0" w:space="0" w:color="auto"/>
                              </w:divBdr>
                              <w:divsChild>
                                <w:div w:id="750545119">
                                  <w:marLeft w:val="0"/>
                                  <w:marRight w:val="0"/>
                                  <w:marTop w:val="0"/>
                                  <w:marBottom w:val="0"/>
                                  <w:divBdr>
                                    <w:top w:val="none" w:sz="0" w:space="0" w:color="auto"/>
                                    <w:left w:val="none" w:sz="0" w:space="0" w:color="auto"/>
                                    <w:bottom w:val="none" w:sz="0" w:space="0" w:color="auto"/>
                                    <w:right w:val="none" w:sz="0" w:space="0" w:color="auto"/>
                                  </w:divBdr>
                                  <w:divsChild>
                                    <w:div w:id="918754069">
                                      <w:marLeft w:val="0"/>
                                      <w:marRight w:val="0"/>
                                      <w:marTop w:val="0"/>
                                      <w:marBottom w:val="0"/>
                                      <w:divBdr>
                                        <w:top w:val="none" w:sz="0" w:space="0" w:color="auto"/>
                                        <w:left w:val="none" w:sz="0" w:space="0" w:color="auto"/>
                                        <w:bottom w:val="none" w:sz="0" w:space="0" w:color="auto"/>
                                        <w:right w:val="none" w:sz="0" w:space="0" w:color="auto"/>
                                      </w:divBdr>
                                      <w:divsChild>
                                        <w:div w:id="922495639">
                                          <w:marLeft w:val="0"/>
                                          <w:marRight w:val="0"/>
                                          <w:marTop w:val="0"/>
                                          <w:marBottom w:val="0"/>
                                          <w:divBdr>
                                            <w:top w:val="none" w:sz="0" w:space="0" w:color="auto"/>
                                            <w:left w:val="none" w:sz="0" w:space="0" w:color="auto"/>
                                            <w:bottom w:val="none" w:sz="0" w:space="0" w:color="auto"/>
                                            <w:right w:val="none" w:sz="0" w:space="0" w:color="auto"/>
                                          </w:divBdr>
                                          <w:divsChild>
                                            <w:div w:id="1090269943">
                                              <w:marLeft w:val="0"/>
                                              <w:marRight w:val="0"/>
                                              <w:marTop w:val="0"/>
                                              <w:marBottom w:val="0"/>
                                              <w:divBdr>
                                                <w:top w:val="none" w:sz="0" w:space="0" w:color="auto"/>
                                                <w:left w:val="none" w:sz="0" w:space="0" w:color="auto"/>
                                                <w:bottom w:val="none" w:sz="0" w:space="0" w:color="auto"/>
                                                <w:right w:val="none" w:sz="0" w:space="0" w:color="auto"/>
                                              </w:divBdr>
                                              <w:divsChild>
                                                <w:div w:id="2135363782">
                                                  <w:marLeft w:val="0"/>
                                                  <w:marRight w:val="0"/>
                                                  <w:marTop w:val="0"/>
                                                  <w:marBottom w:val="0"/>
                                                  <w:divBdr>
                                                    <w:top w:val="none" w:sz="0" w:space="0" w:color="auto"/>
                                                    <w:left w:val="none" w:sz="0" w:space="0" w:color="auto"/>
                                                    <w:bottom w:val="none" w:sz="0" w:space="0" w:color="auto"/>
                                                    <w:right w:val="none" w:sz="0" w:space="0" w:color="auto"/>
                                                  </w:divBdr>
                                                  <w:divsChild>
                                                    <w:div w:id="1595283671">
                                                      <w:marLeft w:val="0"/>
                                                      <w:marRight w:val="0"/>
                                                      <w:marTop w:val="0"/>
                                                      <w:marBottom w:val="0"/>
                                                      <w:divBdr>
                                                        <w:top w:val="none" w:sz="0" w:space="0" w:color="auto"/>
                                                        <w:left w:val="none" w:sz="0" w:space="0" w:color="auto"/>
                                                        <w:bottom w:val="none" w:sz="0" w:space="0" w:color="auto"/>
                                                        <w:right w:val="none" w:sz="0" w:space="0" w:color="auto"/>
                                                      </w:divBdr>
                                                      <w:divsChild>
                                                        <w:div w:id="8880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9211">
                                          <w:marLeft w:val="0"/>
                                          <w:marRight w:val="0"/>
                                          <w:marTop w:val="0"/>
                                          <w:marBottom w:val="0"/>
                                          <w:divBdr>
                                            <w:top w:val="none" w:sz="0" w:space="0" w:color="auto"/>
                                            <w:left w:val="none" w:sz="0" w:space="0" w:color="auto"/>
                                            <w:bottom w:val="none" w:sz="0" w:space="0" w:color="auto"/>
                                            <w:right w:val="none" w:sz="0" w:space="0" w:color="auto"/>
                                          </w:divBdr>
                                          <w:divsChild>
                                            <w:div w:id="1460342063">
                                              <w:marLeft w:val="0"/>
                                              <w:marRight w:val="0"/>
                                              <w:marTop w:val="0"/>
                                              <w:marBottom w:val="0"/>
                                              <w:divBdr>
                                                <w:top w:val="none" w:sz="0" w:space="0" w:color="auto"/>
                                                <w:left w:val="none" w:sz="0" w:space="0" w:color="auto"/>
                                                <w:bottom w:val="none" w:sz="0" w:space="0" w:color="auto"/>
                                                <w:right w:val="none" w:sz="0" w:space="0" w:color="auto"/>
                                              </w:divBdr>
                                              <w:divsChild>
                                                <w:div w:id="2141611392">
                                                  <w:marLeft w:val="0"/>
                                                  <w:marRight w:val="0"/>
                                                  <w:marTop w:val="0"/>
                                                  <w:marBottom w:val="0"/>
                                                  <w:divBdr>
                                                    <w:top w:val="none" w:sz="0" w:space="0" w:color="auto"/>
                                                    <w:left w:val="none" w:sz="0" w:space="0" w:color="auto"/>
                                                    <w:bottom w:val="none" w:sz="0" w:space="0" w:color="auto"/>
                                                    <w:right w:val="none" w:sz="0" w:space="0" w:color="auto"/>
                                                  </w:divBdr>
                                                  <w:divsChild>
                                                    <w:div w:id="265696363">
                                                      <w:marLeft w:val="0"/>
                                                      <w:marRight w:val="0"/>
                                                      <w:marTop w:val="0"/>
                                                      <w:marBottom w:val="0"/>
                                                      <w:divBdr>
                                                        <w:top w:val="none" w:sz="0" w:space="0" w:color="auto"/>
                                                        <w:left w:val="none" w:sz="0" w:space="0" w:color="auto"/>
                                                        <w:bottom w:val="none" w:sz="0" w:space="0" w:color="auto"/>
                                                        <w:right w:val="none" w:sz="0" w:space="0" w:color="auto"/>
                                                      </w:divBdr>
                                                      <w:divsChild>
                                                        <w:div w:id="1345669883">
                                                          <w:marLeft w:val="0"/>
                                                          <w:marRight w:val="0"/>
                                                          <w:marTop w:val="0"/>
                                                          <w:marBottom w:val="0"/>
                                                          <w:divBdr>
                                                            <w:top w:val="none" w:sz="0" w:space="0" w:color="auto"/>
                                                            <w:left w:val="none" w:sz="0" w:space="0" w:color="auto"/>
                                                            <w:bottom w:val="none" w:sz="0" w:space="0" w:color="auto"/>
                                                            <w:right w:val="none" w:sz="0" w:space="0" w:color="auto"/>
                                                          </w:divBdr>
                                                          <w:divsChild>
                                                            <w:div w:id="17443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3691">
                                                  <w:marLeft w:val="0"/>
                                                  <w:marRight w:val="0"/>
                                                  <w:marTop w:val="0"/>
                                                  <w:marBottom w:val="0"/>
                                                  <w:divBdr>
                                                    <w:top w:val="none" w:sz="0" w:space="0" w:color="auto"/>
                                                    <w:left w:val="none" w:sz="0" w:space="0" w:color="auto"/>
                                                    <w:bottom w:val="none" w:sz="0" w:space="0" w:color="auto"/>
                                                    <w:right w:val="none" w:sz="0" w:space="0" w:color="auto"/>
                                                  </w:divBdr>
                                                  <w:divsChild>
                                                    <w:div w:id="1921137894">
                                                      <w:marLeft w:val="0"/>
                                                      <w:marRight w:val="0"/>
                                                      <w:marTop w:val="0"/>
                                                      <w:marBottom w:val="0"/>
                                                      <w:divBdr>
                                                        <w:top w:val="none" w:sz="0" w:space="0" w:color="auto"/>
                                                        <w:left w:val="none" w:sz="0" w:space="0" w:color="auto"/>
                                                        <w:bottom w:val="none" w:sz="0" w:space="0" w:color="auto"/>
                                                        <w:right w:val="none" w:sz="0" w:space="0" w:color="auto"/>
                                                      </w:divBdr>
                                                      <w:divsChild>
                                                        <w:div w:id="310602659">
                                                          <w:marLeft w:val="0"/>
                                                          <w:marRight w:val="0"/>
                                                          <w:marTop w:val="0"/>
                                                          <w:marBottom w:val="0"/>
                                                          <w:divBdr>
                                                            <w:top w:val="none" w:sz="0" w:space="0" w:color="auto"/>
                                                            <w:left w:val="none" w:sz="0" w:space="0" w:color="auto"/>
                                                            <w:bottom w:val="none" w:sz="0" w:space="0" w:color="auto"/>
                                                            <w:right w:val="none" w:sz="0" w:space="0" w:color="auto"/>
                                                          </w:divBdr>
                                                          <w:divsChild>
                                                            <w:div w:id="1145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60649">
              <w:marLeft w:val="0"/>
              <w:marRight w:val="0"/>
              <w:marTop w:val="0"/>
              <w:marBottom w:val="0"/>
              <w:divBdr>
                <w:top w:val="none" w:sz="0" w:space="0" w:color="auto"/>
                <w:left w:val="none" w:sz="0" w:space="0" w:color="auto"/>
                <w:bottom w:val="none" w:sz="0" w:space="0" w:color="auto"/>
                <w:right w:val="none" w:sz="0" w:space="0" w:color="auto"/>
              </w:divBdr>
              <w:divsChild>
                <w:div w:id="4883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6637">
      <w:bodyDiv w:val="1"/>
      <w:marLeft w:val="0"/>
      <w:marRight w:val="0"/>
      <w:marTop w:val="0"/>
      <w:marBottom w:val="0"/>
      <w:divBdr>
        <w:top w:val="none" w:sz="0" w:space="0" w:color="auto"/>
        <w:left w:val="none" w:sz="0" w:space="0" w:color="auto"/>
        <w:bottom w:val="none" w:sz="0" w:space="0" w:color="auto"/>
        <w:right w:val="none" w:sz="0" w:space="0" w:color="auto"/>
      </w:divBdr>
    </w:div>
    <w:div w:id="1857697572">
      <w:bodyDiv w:val="1"/>
      <w:marLeft w:val="0"/>
      <w:marRight w:val="0"/>
      <w:marTop w:val="0"/>
      <w:marBottom w:val="0"/>
      <w:divBdr>
        <w:top w:val="none" w:sz="0" w:space="0" w:color="auto"/>
        <w:left w:val="none" w:sz="0" w:space="0" w:color="auto"/>
        <w:bottom w:val="none" w:sz="0" w:space="0" w:color="auto"/>
        <w:right w:val="none" w:sz="0" w:space="0" w:color="auto"/>
      </w:divBdr>
      <w:divsChild>
        <w:div w:id="176433040">
          <w:marLeft w:val="0"/>
          <w:marRight w:val="0"/>
          <w:marTop w:val="0"/>
          <w:marBottom w:val="0"/>
          <w:divBdr>
            <w:top w:val="none" w:sz="0" w:space="0" w:color="auto"/>
            <w:left w:val="none" w:sz="0" w:space="0" w:color="auto"/>
            <w:bottom w:val="none" w:sz="0" w:space="0" w:color="auto"/>
            <w:right w:val="none" w:sz="0" w:space="0" w:color="auto"/>
          </w:divBdr>
        </w:div>
        <w:div w:id="2049985754">
          <w:marLeft w:val="0"/>
          <w:marRight w:val="0"/>
          <w:marTop w:val="0"/>
          <w:marBottom w:val="0"/>
          <w:divBdr>
            <w:top w:val="none" w:sz="0" w:space="0" w:color="auto"/>
            <w:left w:val="none" w:sz="0" w:space="0" w:color="auto"/>
            <w:bottom w:val="none" w:sz="0" w:space="0" w:color="auto"/>
            <w:right w:val="none" w:sz="0" w:space="0" w:color="auto"/>
          </w:divBdr>
        </w:div>
      </w:divsChild>
    </w:div>
    <w:div w:id="2010908892">
      <w:bodyDiv w:val="1"/>
      <w:marLeft w:val="0"/>
      <w:marRight w:val="0"/>
      <w:marTop w:val="0"/>
      <w:marBottom w:val="0"/>
      <w:divBdr>
        <w:top w:val="none" w:sz="0" w:space="0" w:color="auto"/>
        <w:left w:val="none" w:sz="0" w:space="0" w:color="auto"/>
        <w:bottom w:val="none" w:sz="0" w:space="0" w:color="auto"/>
        <w:right w:val="none" w:sz="0" w:space="0" w:color="auto"/>
      </w:divBdr>
      <w:divsChild>
        <w:div w:id="460928459">
          <w:marLeft w:val="0"/>
          <w:marRight w:val="0"/>
          <w:marTop w:val="0"/>
          <w:marBottom w:val="0"/>
          <w:divBdr>
            <w:top w:val="none" w:sz="0" w:space="0" w:color="auto"/>
            <w:left w:val="none" w:sz="0" w:space="0" w:color="auto"/>
            <w:bottom w:val="none" w:sz="0" w:space="0" w:color="auto"/>
            <w:right w:val="none" w:sz="0" w:space="0" w:color="auto"/>
          </w:divBdr>
        </w:div>
        <w:div w:id="123484902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1573</Words>
  <Characters>8970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jeanine osborne</cp:lastModifiedBy>
  <cp:revision>13</cp:revision>
  <dcterms:created xsi:type="dcterms:W3CDTF">2025-03-24T14:55:00Z</dcterms:created>
  <dcterms:modified xsi:type="dcterms:W3CDTF">2025-03-28T13:39:00Z</dcterms:modified>
  <cp:category/>
</cp:coreProperties>
</file>